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7D98D" w14:textId="77777777" w:rsidR="00460556" w:rsidRDefault="00000000">
      <w:pPr>
        <w:pStyle w:val="Title"/>
      </w:pPr>
      <w:r>
        <w:t>Airbnb Cleaning Checklist</w:t>
      </w:r>
    </w:p>
    <w:p w14:paraId="49B1F021" w14:textId="77777777" w:rsidR="00460556" w:rsidRDefault="00000000">
      <w:pPr>
        <w:pStyle w:val="Subtitle"/>
      </w:pPr>
      <w:r>
        <w:t>A practical, editable turnover template for short-term rental hosts and cleaning teams</w:t>
      </w:r>
    </w:p>
    <w:p w14:paraId="4A561035" w14:textId="77777777" w:rsidR="00460556" w:rsidRDefault="00000000">
      <w:pPr>
        <w:shd w:val="clear" w:color="auto" w:fill="EAF8F4"/>
        <w:spacing w:after="240"/>
        <w:ind w:left="173" w:right="173"/>
      </w:pPr>
      <w:r>
        <w:rPr>
          <w:sz w:val="19"/>
        </w:rPr>
        <w:t>How to use: Customize the quantities, property-specific tasks, and cleaning standards before sharing this checklist with your team.</w:t>
      </w:r>
    </w:p>
    <w:p w14:paraId="62B8A282" w14:textId="77777777" w:rsidR="00460556" w:rsidRDefault="00000000">
      <w:pPr>
        <w:keepLines/>
      </w:pPr>
      <w:r>
        <w:rPr>
          <w:sz w:val="21"/>
        </w:rPr>
        <w:t>Use this checklist for every guest turnover. Customize it for your property, local regulations, house rules, and brand standards.</w:t>
      </w:r>
    </w:p>
    <w:p w14:paraId="603F4C96" w14:textId="77777777" w:rsidR="00460556" w:rsidRDefault="00000000">
      <w:pPr>
        <w:pStyle w:val="Heading1"/>
      </w:pPr>
      <w:r>
        <w:t>Property and Turnover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249"/>
        <w:gridCol w:w="2338"/>
        <w:gridCol w:w="2338"/>
      </w:tblGrid>
      <w:tr w:rsidR="00A64630" w14:paraId="3D058B1F" w14:textId="77777777" w:rsidTr="00A64630">
        <w:trPr>
          <w:trHeight w:val="451"/>
        </w:trPr>
        <w:tc>
          <w:tcPr>
            <w:tcW w:w="2425" w:type="dxa"/>
          </w:tcPr>
          <w:p w14:paraId="6E0CAA82" w14:textId="67D36789" w:rsidR="00A64630" w:rsidRDefault="00A64630" w:rsidP="00A64630">
            <w:pPr>
              <w:pStyle w:val="FormField"/>
            </w:pPr>
            <w:r>
              <w:rPr>
                <w:b/>
                <w:color w:val="3531A8"/>
              </w:rPr>
              <w:t>Property name:</w:t>
            </w:r>
          </w:p>
        </w:tc>
        <w:tc>
          <w:tcPr>
            <w:tcW w:w="2249" w:type="dxa"/>
          </w:tcPr>
          <w:p w14:paraId="76F640A6" w14:textId="77777777" w:rsidR="00A64630" w:rsidRDefault="00A64630" w:rsidP="00A64630"/>
        </w:tc>
        <w:tc>
          <w:tcPr>
            <w:tcW w:w="4676" w:type="dxa"/>
            <w:gridSpan w:val="2"/>
            <w:vMerge w:val="restart"/>
          </w:tcPr>
          <w:p w14:paraId="0970875C" w14:textId="6BD35364" w:rsidR="00A64630" w:rsidRDefault="00A64630" w:rsidP="00A64630">
            <w:r>
              <w:rPr>
                <w:b/>
                <w:color w:val="3531A8"/>
                <w:sz w:val="21"/>
              </w:rPr>
              <w:t>Special requests or notes:</w:t>
            </w:r>
          </w:p>
        </w:tc>
      </w:tr>
      <w:tr w:rsidR="00A64630" w14:paraId="58C8E9E9" w14:textId="77777777" w:rsidTr="00A64630">
        <w:tc>
          <w:tcPr>
            <w:tcW w:w="2425" w:type="dxa"/>
          </w:tcPr>
          <w:p w14:paraId="18B6EEAB" w14:textId="49002426" w:rsidR="00A64630" w:rsidRDefault="00A64630" w:rsidP="00A64630">
            <w:pPr>
              <w:pStyle w:val="FormField"/>
            </w:pPr>
            <w:r>
              <w:rPr>
                <w:b/>
                <w:color w:val="3531A8"/>
              </w:rPr>
              <w:t>Property address:</w:t>
            </w:r>
          </w:p>
        </w:tc>
        <w:tc>
          <w:tcPr>
            <w:tcW w:w="2249" w:type="dxa"/>
          </w:tcPr>
          <w:p w14:paraId="3CEED7C2" w14:textId="77777777" w:rsidR="00A64630" w:rsidRDefault="00A64630" w:rsidP="00A64630"/>
        </w:tc>
        <w:tc>
          <w:tcPr>
            <w:tcW w:w="4676" w:type="dxa"/>
            <w:gridSpan w:val="2"/>
            <w:vMerge/>
          </w:tcPr>
          <w:p w14:paraId="4849F856" w14:textId="77777777" w:rsidR="00A64630" w:rsidRDefault="00A64630" w:rsidP="00A64630"/>
        </w:tc>
      </w:tr>
      <w:tr w:rsidR="00A64630" w14:paraId="541D0D2D" w14:textId="77777777" w:rsidTr="00A64630">
        <w:tc>
          <w:tcPr>
            <w:tcW w:w="2425" w:type="dxa"/>
          </w:tcPr>
          <w:p w14:paraId="2EC27459" w14:textId="0C8F3B23" w:rsidR="00A64630" w:rsidRDefault="00A64630" w:rsidP="00A64630">
            <w:pPr>
              <w:pStyle w:val="FormField"/>
            </w:pPr>
            <w:r>
              <w:rPr>
                <w:b/>
                <w:color w:val="3531A8"/>
              </w:rPr>
              <w:t>Cleaner/team member:</w:t>
            </w:r>
          </w:p>
        </w:tc>
        <w:tc>
          <w:tcPr>
            <w:tcW w:w="2249" w:type="dxa"/>
          </w:tcPr>
          <w:p w14:paraId="74F658F7" w14:textId="77777777" w:rsidR="00A64630" w:rsidRDefault="00A64630" w:rsidP="00A64630"/>
        </w:tc>
        <w:tc>
          <w:tcPr>
            <w:tcW w:w="4676" w:type="dxa"/>
            <w:gridSpan w:val="2"/>
            <w:vMerge/>
          </w:tcPr>
          <w:p w14:paraId="41CF9893" w14:textId="77777777" w:rsidR="00A64630" w:rsidRDefault="00A64630" w:rsidP="00A64630"/>
        </w:tc>
      </w:tr>
      <w:tr w:rsidR="00A64630" w14:paraId="78A9C777" w14:textId="77777777" w:rsidTr="00A64630">
        <w:tc>
          <w:tcPr>
            <w:tcW w:w="2425" w:type="dxa"/>
          </w:tcPr>
          <w:p w14:paraId="798F6603" w14:textId="517D45F1" w:rsidR="00A64630" w:rsidRDefault="00A64630" w:rsidP="00A64630">
            <w:pPr>
              <w:pStyle w:val="FormField"/>
            </w:pPr>
            <w:r>
              <w:rPr>
                <w:b/>
                <w:color w:val="3531A8"/>
              </w:rPr>
              <w:t>Date:</w:t>
            </w:r>
          </w:p>
        </w:tc>
        <w:tc>
          <w:tcPr>
            <w:tcW w:w="2249" w:type="dxa"/>
          </w:tcPr>
          <w:p w14:paraId="0D498C29" w14:textId="77777777" w:rsidR="00A64630" w:rsidRDefault="00A64630" w:rsidP="00A64630"/>
        </w:tc>
        <w:tc>
          <w:tcPr>
            <w:tcW w:w="2338" w:type="dxa"/>
          </w:tcPr>
          <w:p w14:paraId="5992B92A" w14:textId="21F7100C" w:rsidR="00A64630" w:rsidRDefault="00A64630" w:rsidP="00A64630">
            <w:r w:rsidRPr="007776C0">
              <w:rPr>
                <w:b/>
                <w:color w:val="3531A8"/>
                <w:sz w:val="21"/>
              </w:rPr>
              <w:t>Turnover started:</w:t>
            </w:r>
          </w:p>
        </w:tc>
        <w:tc>
          <w:tcPr>
            <w:tcW w:w="2338" w:type="dxa"/>
          </w:tcPr>
          <w:p w14:paraId="6CD669E7" w14:textId="77777777" w:rsidR="00A64630" w:rsidRDefault="00A64630" w:rsidP="00A64630"/>
        </w:tc>
      </w:tr>
      <w:tr w:rsidR="00A64630" w14:paraId="2CFAACDA" w14:textId="77777777" w:rsidTr="00A64630">
        <w:tc>
          <w:tcPr>
            <w:tcW w:w="2425" w:type="dxa"/>
          </w:tcPr>
          <w:p w14:paraId="24560682" w14:textId="35742BB1" w:rsidR="00A64630" w:rsidRDefault="00A64630" w:rsidP="00A64630">
            <w:pPr>
              <w:pStyle w:val="FormField"/>
            </w:pPr>
            <w:r>
              <w:rPr>
                <w:b/>
                <w:color w:val="3531A8"/>
              </w:rPr>
              <w:t>Next check-in time:</w:t>
            </w:r>
            <w:r>
              <w:t xml:space="preserve"> </w:t>
            </w:r>
          </w:p>
        </w:tc>
        <w:tc>
          <w:tcPr>
            <w:tcW w:w="2249" w:type="dxa"/>
          </w:tcPr>
          <w:p w14:paraId="134480D2" w14:textId="77777777" w:rsidR="00A64630" w:rsidRDefault="00A64630" w:rsidP="00A64630"/>
        </w:tc>
        <w:tc>
          <w:tcPr>
            <w:tcW w:w="2338" w:type="dxa"/>
          </w:tcPr>
          <w:p w14:paraId="460EB8BA" w14:textId="1E2F718E" w:rsidR="00A64630" w:rsidRDefault="00A64630" w:rsidP="00A64630">
            <w:r w:rsidRPr="007776C0">
              <w:rPr>
                <w:b/>
                <w:color w:val="3531A8"/>
                <w:sz w:val="21"/>
              </w:rPr>
              <w:t>Turnover completed:</w:t>
            </w:r>
            <w:r w:rsidRPr="007776C0">
              <w:rPr>
                <w:sz w:val="21"/>
              </w:rPr>
              <w:t xml:space="preserve"> </w:t>
            </w:r>
          </w:p>
        </w:tc>
        <w:tc>
          <w:tcPr>
            <w:tcW w:w="2338" w:type="dxa"/>
          </w:tcPr>
          <w:p w14:paraId="3DD19981" w14:textId="77777777" w:rsidR="00A64630" w:rsidRDefault="00A64630" w:rsidP="00A64630"/>
        </w:tc>
      </w:tr>
    </w:tbl>
    <w:p w14:paraId="3382634D" w14:textId="77777777" w:rsidR="00460556" w:rsidRDefault="00000000">
      <w:pPr>
        <w:pStyle w:val="Heading1"/>
      </w:pPr>
      <w:r>
        <w:t>Before Entering</w:t>
      </w:r>
    </w:p>
    <w:p w14:paraId="2C28410A" w14:textId="77777777" w:rsidR="00460556" w:rsidRDefault="00000000">
      <w:pPr>
        <w:pStyle w:val="Checklist"/>
      </w:pPr>
      <w:r>
        <w:t>☐  Review the reservation, guest count, pet status, and special requests.</w:t>
      </w:r>
    </w:p>
    <w:p w14:paraId="1F53DBBA" w14:textId="77777777" w:rsidR="00460556" w:rsidRDefault="00000000">
      <w:pPr>
        <w:pStyle w:val="Checklist"/>
      </w:pPr>
      <w:r>
        <w:t>☐  Review any maintenance or damage notes from the previous stay.</w:t>
      </w:r>
    </w:p>
    <w:p w14:paraId="6F211FCC" w14:textId="77777777" w:rsidR="00460556" w:rsidRDefault="00000000">
      <w:pPr>
        <w:pStyle w:val="Checklist"/>
      </w:pPr>
      <w:r>
        <w:t>☐  Confirm that the property is vacant before entering.</w:t>
      </w:r>
    </w:p>
    <w:p w14:paraId="64CDBBE9" w14:textId="77777777" w:rsidR="00460556" w:rsidRDefault="00000000">
      <w:pPr>
        <w:pStyle w:val="Checklist"/>
      </w:pPr>
      <w:r>
        <w:t>☐  Bring keys, access codes, cleaning supplies, linens, and restock items.</w:t>
      </w:r>
    </w:p>
    <w:p w14:paraId="43AEBB93" w14:textId="77777777" w:rsidR="00460556" w:rsidRDefault="00000000">
      <w:pPr>
        <w:pStyle w:val="Checklist"/>
      </w:pPr>
      <w:r>
        <w:t>☐  Wear appropriate gloves and other protective equipment.</w:t>
      </w:r>
    </w:p>
    <w:p w14:paraId="215EDFC1" w14:textId="77777777" w:rsidR="00460556" w:rsidRDefault="00000000">
      <w:pPr>
        <w:pStyle w:val="Checklist"/>
      </w:pPr>
      <w:r>
        <w:t>☐  Photograph any exterior damage or unusual conditions before starting.</w:t>
      </w:r>
    </w:p>
    <w:p w14:paraId="4FBAB16D" w14:textId="77777777" w:rsidR="00460556" w:rsidRDefault="00000000">
      <w:pPr>
        <w:pStyle w:val="Heading1"/>
      </w:pPr>
      <w:r>
        <w:t>Initial Walk-Through</w:t>
      </w:r>
    </w:p>
    <w:p w14:paraId="483572EC" w14:textId="77777777" w:rsidR="00460556" w:rsidRDefault="00000000">
      <w:pPr>
        <w:pStyle w:val="Checklist"/>
      </w:pPr>
      <w:r>
        <w:t>☐  Open curtains or blinds and turn on lights.</w:t>
      </w:r>
    </w:p>
    <w:p w14:paraId="458696C9" w14:textId="77777777" w:rsidR="00460556" w:rsidRDefault="00000000">
      <w:pPr>
        <w:pStyle w:val="Checklist"/>
      </w:pPr>
      <w:r>
        <w:t>☐  Check for personal belongings left by guests.</w:t>
      </w:r>
    </w:p>
    <w:p w14:paraId="575368B2" w14:textId="77777777" w:rsidR="00460556" w:rsidRDefault="00000000">
      <w:pPr>
        <w:pStyle w:val="Checklist"/>
      </w:pPr>
      <w:r>
        <w:t>☐  Photograph and report lost property; store it according to the host's policy.</w:t>
      </w:r>
    </w:p>
    <w:p w14:paraId="35E4600A" w14:textId="77777777" w:rsidR="00460556" w:rsidRDefault="00000000">
      <w:pPr>
        <w:pStyle w:val="Checklist"/>
      </w:pPr>
      <w:r>
        <w:t>☐  Check for smoke, odors, pests, leaks, stains, broken items, or safety hazards.</w:t>
      </w:r>
    </w:p>
    <w:p w14:paraId="15451E47" w14:textId="77777777" w:rsidR="00460556" w:rsidRDefault="00000000">
      <w:pPr>
        <w:pStyle w:val="Checklist"/>
      </w:pPr>
      <w:r>
        <w:t>☐  Photograph damage or excessive mess before cleaning.</w:t>
      </w:r>
    </w:p>
    <w:p w14:paraId="17A73794" w14:textId="77777777" w:rsidR="00460556" w:rsidRDefault="00000000">
      <w:pPr>
        <w:pStyle w:val="Checklist"/>
      </w:pPr>
      <w:r>
        <w:t>☐  Notify the host immediately of urgent damage or safety issues.</w:t>
      </w:r>
    </w:p>
    <w:p w14:paraId="050BDB92" w14:textId="77777777" w:rsidR="00460556" w:rsidRDefault="00000000">
      <w:pPr>
        <w:pStyle w:val="Checklist"/>
      </w:pPr>
      <w:r>
        <w:lastRenderedPageBreak/>
        <w:t>☐  Check that windows and exterior doors are secure and undamaged.</w:t>
      </w:r>
    </w:p>
    <w:p w14:paraId="32F3295C" w14:textId="77777777" w:rsidR="00460556" w:rsidRDefault="00000000">
      <w:pPr>
        <w:pStyle w:val="Checklist"/>
      </w:pPr>
      <w:r>
        <w:t>☐  Collect trash and recycling from every room.</w:t>
      </w:r>
    </w:p>
    <w:p w14:paraId="3586868A" w14:textId="77777777" w:rsidR="00460556" w:rsidRDefault="00000000">
      <w:pPr>
        <w:pStyle w:val="Checklist"/>
      </w:pPr>
      <w:r>
        <w:t>☐  Start laundry early.</w:t>
      </w:r>
    </w:p>
    <w:p w14:paraId="04E426FD" w14:textId="77777777" w:rsidR="00460556" w:rsidRDefault="00000000">
      <w:pPr>
        <w:pStyle w:val="Checklist"/>
      </w:pPr>
      <w:r>
        <w:t>☐  Open windows for ventilation when weather and security allow.</w:t>
      </w:r>
    </w:p>
    <w:p w14:paraId="3FB87CFF" w14:textId="77777777" w:rsidR="00460556" w:rsidRDefault="00000000">
      <w:pPr>
        <w:pStyle w:val="Heading1"/>
      </w:pPr>
      <w:r>
        <w:t>Whole-Property Cleaning Standards</w:t>
      </w:r>
    </w:p>
    <w:p w14:paraId="23A0083F" w14:textId="77777777" w:rsidR="00460556" w:rsidRDefault="00000000">
      <w:pPr>
        <w:pStyle w:val="Checklist"/>
      </w:pPr>
      <w:r>
        <w:t>☐  Work from clean areas to dirty areas and from high surfaces to low surfaces.</w:t>
      </w:r>
    </w:p>
    <w:p w14:paraId="4D6928E9" w14:textId="77777777" w:rsidR="00460556" w:rsidRDefault="00000000">
      <w:pPr>
        <w:pStyle w:val="Checklist"/>
      </w:pPr>
      <w:r>
        <w:t>☐  Use separate, color-coded cloths for bathrooms, kitchen, and general areas.</w:t>
      </w:r>
    </w:p>
    <w:p w14:paraId="56534C2F" w14:textId="77777777" w:rsidR="00460556" w:rsidRDefault="00000000">
      <w:pPr>
        <w:pStyle w:val="Checklist"/>
      </w:pPr>
      <w:r>
        <w:t>☐  Follow product labels, dilution instructions, and required surface contact times.</w:t>
      </w:r>
    </w:p>
    <w:p w14:paraId="549E833C" w14:textId="77777777" w:rsidR="00460556" w:rsidRDefault="00000000">
      <w:pPr>
        <w:pStyle w:val="Checklist"/>
      </w:pPr>
      <w:r>
        <w:t>☐  Never mix cleaning chemicals.</w:t>
      </w:r>
    </w:p>
    <w:p w14:paraId="601D7EAB" w14:textId="77777777" w:rsidR="00460556" w:rsidRDefault="00000000">
      <w:pPr>
        <w:pStyle w:val="Checklist"/>
      </w:pPr>
      <w:r>
        <w:t>☐  Dust ceiling fans, vents, ledges, lamps, frames, and high surfaces.</w:t>
      </w:r>
    </w:p>
    <w:p w14:paraId="66915935" w14:textId="77777777" w:rsidR="00460556" w:rsidRDefault="00000000">
      <w:pPr>
        <w:pStyle w:val="Checklist"/>
      </w:pPr>
      <w:r>
        <w:t>☐  Remove cobwebs.</w:t>
      </w:r>
    </w:p>
    <w:p w14:paraId="71184674" w14:textId="77777777" w:rsidR="00460556" w:rsidRDefault="00000000">
      <w:pPr>
        <w:pStyle w:val="Checklist"/>
      </w:pPr>
      <w:r>
        <w:t>☐  Wipe doors, handles, light switches, railings, remotes, and other touchpoints.</w:t>
      </w:r>
    </w:p>
    <w:p w14:paraId="4B53C82D" w14:textId="77777777" w:rsidR="00460556" w:rsidRDefault="00000000">
      <w:pPr>
        <w:pStyle w:val="Checklist"/>
      </w:pPr>
      <w:r>
        <w:t>☐  Clean mirrors and interior glass without streaks.</w:t>
      </w:r>
    </w:p>
    <w:p w14:paraId="68333FE3" w14:textId="77777777" w:rsidR="00460556" w:rsidRDefault="00000000">
      <w:pPr>
        <w:pStyle w:val="Checklist"/>
      </w:pPr>
      <w:r>
        <w:t>☐  Spot-clean walls, doors, baseboards, and trim.</w:t>
      </w:r>
    </w:p>
    <w:p w14:paraId="1126C3A1" w14:textId="77777777" w:rsidR="00460556" w:rsidRDefault="00000000">
      <w:pPr>
        <w:pStyle w:val="Checklist"/>
      </w:pPr>
      <w:r>
        <w:t>☐  Vacuum upholstery, rugs, edges, and under accessible furniture.</w:t>
      </w:r>
    </w:p>
    <w:p w14:paraId="172BBB00" w14:textId="77777777" w:rsidR="00460556" w:rsidRDefault="00000000">
      <w:pPr>
        <w:pStyle w:val="Checklist"/>
      </w:pPr>
      <w:r>
        <w:t>☐  Vacuum or sweep all floors.</w:t>
      </w:r>
    </w:p>
    <w:p w14:paraId="03B1BBBB" w14:textId="77777777" w:rsidR="00460556" w:rsidRDefault="00000000">
      <w:pPr>
        <w:pStyle w:val="Checklist"/>
      </w:pPr>
      <w:r>
        <w:t>☐  Mop hard floors using the correct product.</w:t>
      </w:r>
    </w:p>
    <w:p w14:paraId="547BA869" w14:textId="77777777" w:rsidR="00460556" w:rsidRDefault="00000000">
      <w:pPr>
        <w:pStyle w:val="Checklist"/>
      </w:pPr>
      <w:r>
        <w:t>☐  Remove visible hair from furniture, bedding, bathrooms, and floors.</w:t>
      </w:r>
    </w:p>
    <w:p w14:paraId="26F895D1" w14:textId="77777777" w:rsidR="00460556" w:rsidRDefault="00000000">
      <w:pPr>
        <w:pStyle w:val="Checklist"/>
      </w:pPr>
      <w:r>
        <w:t>☐  Check beneath beds, sofas, and furniture for trash or belongings.</w:t>
      </w:r>
    </w:p>
    <w:p w14:paraId="29984C51" w14:textId="77777777" w:rsidR="00460556" w:rsidRDefault="00000000">
      <w:pPr>
        <w:pStyle w:val="Checklist"/>
      </w:pPr>
      <w:r>
        <w:t>☐  Return furniture and décor to their standard positions.</w:t>
      </w:r>
    </w:p>
    <w:p w14:paraId="52B48DA6" w14:textId="77777777" w:rsidR="00460556" w:rsidRDefault="00000000">
      <w:pPr>
        <w:pStyle w:val="Checklist"/>
      </w:pPr>
      <w:r>
        <w:t>☐  Confirm that every room smells fresh and neutral, not strongly perfumed.</w:t>
      </w:r>
    </w:p>
    <w:p w14:paraId="73AB0B6B" w14:textId="77777777" w:rsidR="00460556" w:rsidRDefault="00000000">
      <w:pPr>
        <w:pStyle w:val="Heading1"/>
      </w:pPr>
      <w:r>
        <w:t>Entryway and Hallways</w:t>
      </w:r>
    </w:p>
    <w:p w14:paraId="03E1FA37" w14:textId="77777777" w:rsidR="00460556" w:rsidRDefault="00000000">
      <w:pPr>
        <w:pStyle w:val="Checklist"/>
      </w:pPr>
      <w:r>
        <w:t>☐  Clean and disinfect the exterior and interior door handles.</w:t>
      </w:r>
    </w:p>
    <w:p w14:paraId="0F48CAA7" w14:textId="77777777" w:rsidR="00460556" w:rsidRDefault="00000000">
      <w:pPr>
        <w:pStyle w:val="Checklist"/>
      </w:pPr>
      <w:r>
        <w:t>☐  Wipe the front door, lock, keypad, doorbell, and intercom.</w:t>
      </w:r>
    </w:p>
    <w:p w14:paraId="769324C2" w14:textId="77777777" w:rsidR="00460556" w:rsidRDefault="00000000">
      <w:pPr>
        <w:pStyle w:val="Checklist"/>
      </w:pPr>
      <w:r>
        <w:t>☐  Test the lock or smart lock.</w:t>
      </w:r>
    </w:p>
    <w:p w14:paraId="05F61A3F" w14:textId="77777777" w:rsidR="00460556" w:rsidRDefault="00000000">
      <w:pPr>
        <w:pStyle w:val="Checklist"/>
      </w:pPr>
      <w:r>
        <w:t>☐  Shake out, vacuum, or clean doormats.</w:t>
      </w:r>
    </w:p>
    <w:p w14:paraId="4D59886D" w14:textId="77777777" w:rsidR="00460556" w:rsidRDefault="00000000">
      <w:pPr>
        <w:pStyle w:val="Checklist"/>
      </w:pPr>
      <w:r>
        <w:t>☐  Dust furniture, artwork, mirrors, and décor.</w:t>
      </w:r>
    </w:p>
    <w:p w14:paraId="7ED39782" w14:textId="77777777" w:rsidR="00460556" w:rsidRDefault="00000000">
      <w:pPr>
        <w:pStyle w:val="Checklist"/>
      </w:pPr>
      <w:r>
        <w:t>☐  Organize coat hooks, hangers, umbrellas, and shoe storage.</w:t>
      </w:r>
    </w:p>
    <w:p w14:paraId="1668553C" w14:textId="77777777" w:rsidR="00460556" w:rsidRDefault="00000000">
      <w:pPr>
        <w:pStyle w:val="Checklist"/>
      </w:pPr>
      <w:r>
        <w:t>☐  Clean stairs, railings, corners, and hallway floors.</w:t>
      </w:r>
    </w:p>
    <w:p w14:paraId="3B9A8DC7" w14:textId="77777777" w:rsidR="00460556" w:rsidRDefault="00000000">
      <w:pPr>
        <w:pStyle w:val="Checklist"/>
      </w:pPr>
      <w:r>
        <w:t>☐  Confirm that arrival instructions or welcome materials are current and tidy.</w:t>
      </w:r>
    </w:p>
    <w:p w14:paraId="333DE0DD" w14:textId="77777777" w:rsidR="00460556" w:rsidRDefault="00000000">
      <w:pPr>
        <w:pStyle w:val="Heading1"/>
      </w:pPr>
      <w:r>
        <w:lastRenderedPageBreak/>
        <w:t>Kitchen</w:t>
      </w:r>
    </w:p>
    <w:p w14:paraId="67E84265" w14:textId="77777777" w:rsidR="00460556" w:rsidRDefault="00000000">
      <w:pPr>
        <w:pStyle w:val="Heading2"/>
      </w:pPr>
      <w:r>
        <w:t>Dishes and Food</w:t>
      </w:r>
    </w:p>
    <w:p w14:paraId="5447FACD" w14:textId="77777777" w:rsidR="00460556" w:rsidRDefault="00000000">
      <w:pPr>
        <w:pStyle w:val="Checklist"/>
      </w:pPr>
      <w:r>
        <w:t>☐  Wash, dry, and put away all dishes, cookware, utensils, and glassware.</w:t>
      </w:r>
    </w:p>
    <w:p w14:paraId="686D69B4" w14:textId="77777777" w:rsidR="00460556" w:rsidRDefault="00000000">
      <w:pPr>
        <w:pStyle w:val="Checklist"/>
      </w:pPr>
      <w:r>
        <w:t>☐  Inspect supposedly clean dishes and rewash anything with residue.</w:t>
      </w:r>
    </w:p>
    <w:p w14:paraId="487D196C" w14:textId="77777777" w:rsidR="00460556" w:rsidRDefault="00000000">
      <w:pPr>
        <w:pStyle w:val="Checklist"/>
      </w:pPr>
      <w:r>
        <w:t>☐  Empty and inspect the dishwasher; clean the filter if needed.</w:t>
      </w:r>
    </w:p>
    <w:p w14:paraId="024527D1" w14:textId="77777777" w:rsidR="00460556" w:rsidRDefault="00000000">
      <w:pPr>
        <w:pStyle w:val="Checklist"/>
      </w:pPr>
      <w:r>
        <w:t>☐  Remove opened, expired, spoiled, or abandoned food according to the host's policy.</w:t>
      </w:r>
    </w:p>
    <w:p w14:paraId="32153FC3" w14:textId="77777777" w:rsidR="00460556" w:rsidRDefault="00000000">
      <w:pPr>
        <w:pStyle w:val="Checklist"/>
      </w:pPr>
      <w:r>
        <w:t>☐  Wipe refrigerator shelves, drawers, door seals, and exterior.</w:t>
      </w:r>
    </w:p>
    <w:p w14:paraId="743BF694" w14:textId="77777777" w:rsidR="00460556" w:rsidRDefault="00000000">
      <w:pPr>
        <w:pStyle w:val="Checklist"/>
      </w:pPr>
      <w:r>
        <w:t>☐  Clean the freezer and remove leftover ice or food as required.</w:t>
      </w:r>
    </w:p>
    <w:p w14:paraId="3B6F7B56" w14:textId="77777777" w:rsidR="00460556" w:rsidRDefault="00000000">
      <w:pPr>
        <w:pStyle w:val="Heading2"/>
      </w:pPr>
      <w:r>
        <w:t>Appliances and Surfaces</w:t>
      </w:r>
    </w:p>
    <w:p w14:paraId="3EDB578D" w14:textId="77777777" w:rsidR="00460556" w:rsidRDefault="00000000">
      <w:pPr>
        <w:pStyle w:val="Checklist"/>
      </w:pPr>
      <w:r>
        <w:t>☐  Clean and disinfect countertops, backsplash, table, island, and chairs.</w:t>
      </w:r>
    </w:p>
    <w:p w14:paraId="7FBA96BC" w14:textId="77777777" w:rsidR="00460556" w:rsidRDefault="00000000">
      <w:pPr>
        <w:pStyle w:val="Checklist"/>
      </w:pPr>
      <w:r>
        <w:t>☐  Clean the sink, drain, faucet, and disposal splash guard.</w:t>
      </w:r>
    </w:p>
    <w:p w14:paraId="34359452" w14:textId="77777777" w:rsidR="00460556" w:rsidRDefault="00000000">
      <w:pPr>
        <w:pStyle w:val="Checklist"/>
      </w:pPr>
      <w:r>
        <w:t>☐  Polish stainless-steel surfaces without streaks.</w:t>
      </w:r>
    </w:p>
    <w:p w14:paraId="0687E888" w14:textId="77777777" w:rsidR="00460556" w:rsidRDefault="00000000">
      <w:pPr>
        <w:pStyle w:val="Checklist"/>
      </w:pPr>
      <w:r>
        <w:t>☐  Clean the stovetop, burners, knobs, grates, drip pans, and control panel.</w:t>
      </w:r>
    </w:p>
    <w:p w14:paraId="26F05B9C" w14:textId="77777777" w:rsidR="00460556" w:rsidRDefault="00000000">
      <w:pPr>
        <w:pStyle w:val="Checklist"/>
      </w:pPr>
      <w:r>
        <w:t>☐  Clean the oven interior when soiled; wipe the door and handle.</w:t>
      </w:r>
    </w:p>
    <w:p w14:paraId="6DF73DF8" w14:textId="77777777" w:rsidR="00460556" w:rsidRDefault="00000000">
      <w:pPr>
        <w:pStyle w:val="Checklist"/>
      </w:pPr>
      <w:r>
        <w:t>☐  Clean the microwave inside and out.</w:t>
      </w:r>
    </w:p>
    <w:p w14:paraId="41114C2E" w14:textId="77777777" w:rsidR="00460556" w:rsidRDefault="00000000">
      <w:pPr>
        <w:pStyle w:val="Checklist"/>
      </w:pPr>
      <w:r>
        <w:t>☐  Clean the coffee maker, kettle, toaster, blender, and other small appliances.</w:t>
      </w:r>
    </w:p>
    <w:p w14:paraId="4FA44891" w14:textId="77777777" w:rsidR="00460556" w:rsidRDefault="00000000">
      <w:pPr>
        <w:pStyle w:val="Checklist"/>
      </w:pPr>
      <w:r>
        <w:t>☐  Empty coffee grounds, pods, crumbs, water reservoirs, and drip trays.</w:t>
      </w:r>
    </w:p>
    <w:p w14:paraId="6C80C3EE" w14:textId="77777777" w:rsidR="00460556" w:rsidRDefault="00000000">
      <w:pPr>
        <w:pStyle w:val="Checklist"/>
      </w:pPr>
      <w:r>
        <w:t>☐  Wipe cabinet fronts, pulls, shelves, and drawer interiors as needed.</w:t>
      </w:r>
    </w:p>
    <w:p w14:paraId="22E978D3" w14:textId="77777777" w:rsidR="00460556" w:rsidRDefault="00000000">
      <w:pPr>
        <w:pStyle w:val="Checklist"/>
      </w:pPr>
      <w:r>
        <w:t>☐  Clean the range hood exterior and check the filter.</w:t>
      </w:r>
    </w:p>
    <w:p w14:paraId="71CCF7C3" w14:textId="77777777" w:rsidR="00460556" w:rsidRDefault="00000000">
      <w:pPr>
        <w:pStyle w:val="Checklist"/>
      </w:pPr>
      <w:r>
        <w:t>☐  Wipe the refrigerator, dishwasher, and other appliance exteriors.</w:t>
      </w:r>
    </w:p>
    <w:p w14:paraId="5F49EE1F" w14:textId="77777777" w:rsidR="00460556" w:rsidRDefault="00000000">
      <w:pPr>
        <w:pStyle w:val="Checklist"/>
      </w:pPr>
      <w:r>
        <w:t>☐  Empty, clean, disinfect, and reline trash, recycling, and compost bins.</w:t>
      </w:r>
    </w:p>
    <w:p w14:paraId="324105E3" w14:textId="77777777" w:rsidR="00460556" w:rsidRDefault="00000000">
      <w:pPr>
        <w:pStyle w:val="Checklist"/>
      </w:pPr>
      <w:r>
        <w:t>☐  Sweep and mop the floor, including edges and beneath movable items.</w:t>
      </w:r>
    </w:p>
    <w:p w14:paraId="038B9B27" w14:textId="77777777" w:rsidR="00460556" w:rsidRDefault="00000000">
      <w:pPr>
        <w:pStyle w:val="Heading2"/>
      </w:pPr>
      <w:r>
        <w:t>Kitchen Restocking</w:t>
      </w:r>
    </w:p>
    <w:p w14:paraId="1DCBD7CD" w14:textId="77777777" w:rsidR="00460556" w:rsidRDefault="00000000">
      <w:pPr>
        <w:pStyle w:val="Checklist"/>
      </w:pPr>
      <w:r>
        <w:t>☐  Dish soap</w:t>
      </w:r>
    </w:p>
    <w:p w14:paraId="30228287" w14:textId="77777777" w:rsidR="00460556" w:rsidRDefault="00000000">
      <w:pPr>
        <w:pStyle w:val="Checklist"/>
      </w:pPr>
      <w:r>
        <w:t>☐  Dishwasher detergent</w:t>
      </w:r>
    </w:p>
    <w:p w14:paraId="36F65195" w14:textId="77777777" w:rsidR="00460556" w:rsidRDefault="00000000">
      <w:pPr>
        <w:pStyle w:val="Checklist"/>
      </w:pPr>
      <w:r>
        <w:t>☐  New sponge or sanitized dish brush</w:t>
      </w:r>
    </w:p>
    <w:p w14:paraId="22A4811F" w14:textId="77777777" w:rsidR="00460556" w:rsidRDefault="00000000">
      <w:pPr>
        <w:pStyle w:val="Checklist"/>
      </w:pPr>
      <w:r>
        <w:t>☐  Paper towels</w:t>
      </w:r>
    </w:p>
    <w:p w14:paraId="1BFA3A63" w14:textId="77777777" w:rsidR="00460556" w:rsidRDefault="00000000">
      <w:pPr>
        <w:pStyle w:val="Checklist"/>
      </w:pPr>
      <w:r>
        <w:t>☐  Trash, recycling, and compost bags</w:t>
      </w:r>
    </w:p>
    <w:p w14:paraId="699E9D50" w14:textId="77777777" w:rsidR="00460556" w:rsidRDefault="00000000">
      <w:pPr>
        <w:pStyle w:val="Checklist"/>
      </w:pPr>
      <w:r>
        <w:t>☐  Hand soap</w:t>
      </w:r>
    </w:p>
    <w:p w14:paraId="0505EC7E" w14:textId="77777777" w:rsidR="00460556" w:rsidRDefault="00000000">
      <w:pPr>
        <w:pStyle w:val="Checklist"/>
      </w:pPr>
      <w:r>
        <w:t>☐  Coffee and/or tea</w:t>
      </w:r>
    </w:p>
    <w:p w14:paraId="4F4E5CDD" w14:textId="77777777" w:rsidR="00460556" w:rsidRDefault="00000000">
      <w:pPr>
        <w:pStyle w:val="Checklist"/>
      </w:pPr>
      <w:r>
        <w:t>☐  Sugar and sweetener</w:t>
      </w:r>
    </w:p>
    <w:p w14:paraId="0C4D61E1" w14:textId="77777777" w:rsidR="00460556" w:rsidRDefault="00000000">
      <w:pPr>
        <w:pStyle w:val="Checklist"/>
      </w:pPr>
      <w:r>
        <w:lastRenderedPageBreak/>
        <w:t>☐  Creamer, if provided</w:t>
      </w:r>
    </w:p>
    <w:p w14:paraId="0FB0B52E" w14:textId="77777777" w:rsidR="00460556" w:rsidRDefault="00000000">
      <w:pPr>
        <w:pStyle w:val="Checklist"/>
      </w:pPr>
      <w:r>
        <w:t>☐  Salt, pepper, and cooking oil, if provided</w:t>
      </w:r>
    </w:p>
    <w:p w14:paraId="09236148" w14:textId="77777777" w:rsidR="00460556" w:rsidRDefault="00000000">
      <w:pPr>
        <w:pStyle w:val="Checklist"/>
      </w:pPr>
      <w:r>
        <w:t>☐  Clean dish towels and oven mitts</w:t>
      </w:r>
    </w:p>
    <w:p w14:paraId="2D57CA25" w14:textId="77777777" w:rsidR="00460556" w:rsidRDefault="00000000">
      <w:pPr>
        <w:pStyle w:val="Checklist"/>
      </w:pPr>
      <w:r>
        <w:t>☐  Property-specific welcome items</w:t>
      </w:r>
    </w:p>
    <w:p w14:paraId="1BF2AFC1" w14:textId="77777777" w:rsidR="00460556" w:rsidRDefault="00000000">
      <w:pPr>
        <w:pStyle w:val="Heading1"/>
      </w:pPr>
      <w:r>
        <w:t>Dining Area</w:t>
      </w:r>
    </w:p>
    <w:p w14:paraId="484D4F70" w14:textId="77777777" w:rsidR="00460556" w:rsidRDefault="00000000">
      <w:pPr>
        <w:pStyle w:val="Checklist"/>
      </w:pPr>
      <w:r>
        <w:t>☐  Clean and disinfect the table, chair backs, seats, and high-touch surfaces.</w:t>
      </w:r>
    </w:p>
    <w:p w14:paraId="58ED4ABC" w14:textId="77777777" w:rsidR="00460556" w:rsidRDefault="00000000">
      <w:pPr>
        <w:pStyle w:val="Checklist"/>
      </w:pPr>
      <w:r>
        <w:t>☐  Remove crumbs from chair seams and beneath the table.</w:t>
      </w:r>
    </w:p>
    <w:p w14:paraId="22590057" w14:textId="77777777" w:rsidR="00460556" w:rsidRDefault="00000000">
      <w:pPr>
        <w:pStyle w:val="Checklist"/>
      </w:pPr>
      <w:r>
        <w:t>☐  Inspect placemats, tablecloths, and runners; replace if stained.</w:t>
      </w:r>
    </w:p>
    <w:p w14:paraId="4B6ECE9D" w14:textId="77777777" w:rsidR="00460556" w:rsidRDefault="00000000">
      <w:pPr>
        <w:pStyle w:val="Checklist"/>
      </w:pPr>
      <w:r>
        <w:t>☐  Dust lighting, artwork, shelves, and décor.</w:t>
      </w:r>
    </w:p>
    <w:p w14:paraId="74F94209" w14:textId="77777777" w:rsidR="00460556" w:rsidRDefault="00000000">
      <w:pPr>
        <w:pStyle w:val="Checklist"/>
      </w:pPr>
      <w:r>
        <w:t>☐  Set the table or return it to the standard presentation.</w:t>
      </w:r>
    </w:p>
    <w:p w14:paraId="19674DC8" w14:textId="77777777" w:rsidR="00460556" w:rsidRDefault="00000000">
      <w:pPr>
        <w:pStyle w:val="Checklist"/>
      </w:pPr>
      <w:r>
        <w:t>☐  Vacuum or mop the floor.</w:t>
      </w:r>
    </w:p>
    <w:p w14:paraId="2B1FA489" w14:textId="77777777" w:rsidR="00460556" w:rsidRDefault="00000000">
      <w:pPr>
        <w:pStyle w:val="Heading1"/>
      </w:pPr>
      <w:r>
        <w:t>Living Room and Shared Spaces</w:t>
      </w:r>
    </w:p>
    <w:p w14:paraId="77F7DC0E" w14:textId="77777777" w:rsidR="00460556" w:rsidRDefault="00000000">
      <w:pPr>
        <w:pStyle w:val="Checklist"/>
      </w:pPr>
      <w:r>
        <w:t>☐  Dust furniture, shelves, lamps, electronics, artwork, and décor.</w:t>
      </w:r>
    </w:p>
    <w:p w14:paraId="7AC1FF71" w14:textId="77777777" w:rsidR="00460556" w:rsidRDefault="00000000">
      <w:pPr>
        <w:pStyle w:val="Checklist"/>
      </w:pPr>
      <w:r>
        <w:t>☐  Clean and disinfect remotes, game controllers, switches, and handles.</w:t>
      </w:r>
    </w:p>
    <w:p w14:paraId="7F7183B7" w14:textId="77777777" w:rsidR="00460556" w:rsidRDefault="00000000">
      <w:pPr>
        <w:pStyle w:val="Checklist"/>
      </w:pPr>
      <w:r>
        <w:t>☐  Confirm that remotes work and have functioning batteries.</w:t>
      </w:r>
    </w:p>
    <w:p w14:paraId="40D6F273" w14:textId="77777777" w:rsidR="00460556" w:rsidRDefault="00000000">
      <w:pPr>
        <w:pStyle w:val="Checklist"/>
      </w:pPr>
      <w:r>
        <w:t>☐  Clean the television and screens with an appropriate product.</w:t>
      </w:r>
    </w:p>
    <w:p w14:paraId="11200012" w14:textId="77777777" w:rsidR="00460556" w:rsidRDefault="00000000">
      <w:pPr>
        <w:pStyle w:val="Checklist"/>
      </w:pPr>
      <w:r>
        <w:t>☐  Vacuum sofas, chairs, cushions, and beneath cushions.</w:t>
      </w:r>
    </w:p>
    <w:p w14:paraId="13AF614C" w14:textId="77777777" w:rsidR="00460556" w:rsidRDefault="00000000">
      <w:pPr>
        <w:pStyle w:val="Checklist"/>
      </w:pPr>
      <w:r>
        <w:t>☐  Remove stains and visible hair from upholstery.</w:t>
      </w:r>
    </w:p>
    <w:p w14:paraId="4A346146" w14:textId="77777777" w:rsidR="00460556" w:rsidRDefault="00000000">
      <w:pPr>
        <w:pStyle w:val="Checklist"/>
      </w:pPr>
      <w:r>
        <w:t>☐  Arrange cushions and fold throws consistently.</w:t>
      </w:r>
    </w:p>
    <w:p w14:paraId="56848AE7" w14:textId="77777777" w:rsidR="00460556" w:rsidRDefault="00000000">
      <w:pPr>
        <w:pStyle w:val="Checklist"/>
      </w:pPr>
      <w:r>
        <w:t>☐  Check games, books, toys, and entertainment items; organize them neatly.</w:t>
      </w:r>
    </w:p>
    <w:p w14:paraId="35D19CE8" w14:textId="77777777" w:rsidR="00460556" w:rsidRDefault="00000000">
      <w:pPr>
        <w:pStyle w:val="Checklist"/>
      </w:pPr>
      <w:r>
        <w:t>☐  Empty and clean the fireplace or stove only when safe and required.</w:t>
      </w:r>
    </w:p>
    <w:p w14:paraId="457D33B7" w14:textId="77777777" w:rsidR="00460556" w:rsidRDefault="00000000">
      <w:pPr>
        <w:pStyle w:val="Checklist"/>
      </w:pPr>
      <w:r>
        <w:t>☐  Check that furniture is stable and undamaged.</w:t>
      </w:r>
    </w:p>
    <w:p w14:paraId="6F35DF99" w14:textId="77777777" w:rsidR="00460556" w:rsidRDefault="00000000">
      <w:pPr>
        <w:pStyle w:val="Checklist"/>
      </w:pPr>
      <w:r>
        <w:t>☐  Vacuum rugs and mop or vacuum floors.</w:t>
      </w:r>
    </w:p>
    <w:p w14:paraId="00CFF4E9" w14:textId="77777777" w:rsidR="00460556" w:rsidRDefault="00000000">
      <w:pPr>
        <w:pStyle w:val="Heading1"/>
      </w:pPr>
      <w:r>
        <w:t>Bedrooms</w:t>
      </w:r>
    </w:p>
    <w:p w14:paraId="44F339BA" w14:textId="77777777" w:rsidR="00460556" w:rsidRDefault="00000000">
      <w:pPr>
        <w:keepLines/>
      </w:pPr>
      <w:r>
        <w:rPr>
          <w:i/>
          <w:color w:val="666672"/>
          <w:sz w:val="21"/>
        </w:rPr>
        <w:t>Repeat this section for every bedroom.</w:t>
      </w:r>
    </w:p>
    <w:p w14:paraId="41FA7F6B" w14:textId="77777777" w:rsidR="00460556" w:rsidRDefault="00000000">
      <w:pPr>
        <w:pStyle w:val="FormField"/>
      </w:pPr>
      <w:r>
        <w:rPr>
          <w:b/>
          <w:color w:val="3531A8"/>
        </w:rPr>
        <w:t>Bedroom:</w:t>
      </w:r>
    </w:p>
    <w:p w14:paraId="41F711EC" w14:textId="77777777" w:rsidR="00460556" w:rsidRDefault="00000000">
      <w:pPr>
        <w:pStyle w:val="Checklist"/>
      </w:pPr>
      <w:r>
        <w:t>☐  Strip used bedding without shaking it.</w:t>
      </w:r>
    </w:p>
    <w:p w14:paraId="3E7773B6" w14:textId="77777777" w:rsidR="00460556" w:rsidRDefault="00000000">
      <w:pPr>
        <w:pStyle w:val="Checklist"/>
      </w:pPr>
      <w:r>
        <w:t>☐  Inspect the mattress, protector, pillows, and bedding for stains or damage.</w:t>
      </w:r>
    </w:p>
    <w:p w14:paraId="079ED2F4" w14:textId="77777777" w:rsidR="00460556" w:rsidRDefault="00000000">
      <w:pPr>
        <w:pStyle w:val="Checklist"/>
      </w:pPr>
      <w:r>
        <w:t>☐  Check the mattress seams and bed frame for signs of pests.</w:t>
      </w:r>
    </w:p>
    <w:p w14:paraId="730F9934" w14:textId="77777777" w:rsidR="00460556" w:rsidRDefault="00000000">
      <w:pPr>
        <w:pStyle w:val="Checklist"/>
      </w:pPr>
      <w:r>
        <w:lastRenderedPageBreak/>
        <w:t>☐  Replace stained or damaged linens according to the host's policy.</w:t>
      </w:r>
    </w:p>
    <w:p w14:paraId="3875536E" w14:textId="77777777" w:rsidR="00460556" w:rsidRDefault="00000000">
      <w:pPr>
        <w:pStyle w:val="Checklist"/>
      </w:pPr>
      <w:r>
        <w:t>☐  Install a clean mattress protector and pillow protectors.</w:t>
      </w:r>
    </w:p>
    <w:p w14:paraId="080E8066" w14:textId="77777777" w:rsidR="00460556" w:rsidRDefault="00000000">
      <w:pPr>
        <w:pStyle w:val="Checklist"/>
      </w:pPr>
      <w:r>
        <w:t>☐  Make the bed with clean, wrinkle-free linens.</w:t>
      </w:r>
    </w:p>
    <w:p w14:paraId="2F608FF0" w14:textId="77777777" w:rsidR="00460556" w:rsidRDefault="00000000">
      <w:pPr>
        <w:pStyle w:val="Checklist"/>
      </w:pPr>
      <w:r>
        <w:t>☐  Confirm that the correct number and type of pillows are provided.</w:t>
      </w:r>
    </w:p>
    <w:p w14:paraId="267EBD96" w14:textId="77777777" w:rsidR="00460556" w:rsidRDefault="00000000">
      <w:pPr>
        <w:pStyle w:val="Checklist"/>
      </w:pPr>
      <w:r>
        <w:t>☐  Dust the headboard, nightstands, lamps, frames, and décor.</w:t>
      </w:r>
    </w:p>
    <w:p w14:paraId="673BDD56" w14:textId="77777777" w:rsidR="00460556" w:rsidRDefault="00000000">
      <w:pPr>
        <w:pStyle w:val="Checklist"/>
      </w:pPr>
      <w:r>
        <w:t>☐  Clean and disinfect switches, handles, remotes, and charging stations.</w:t>
      </w:r>
    </w:p>
    <w:p w14:paraId="7EA70EC5" w14:textId="77777777" w:rsidR="00460556" w:rsidRDefault="00000000">
      <w:pPr>
        <w:pStyle w:val="Checklist"/>
      </w:pPr>
      <w:r>
        <w:t>☐  Empty and wipe drawers, shelves, and bedside surfaces.</w:t>
      </w:r>
    </w:p>
    <w:p w14:paraId="69EE964C" w14:textId="77777777" w:rsidR="00460556" w:rsidRDefault="00000000">
      <w:pPr>
        <w:pStyle w:val="Checklist"/>
      </w:pPr>
      <w:r>
        <w:t>☐  Check closets and under the bed for belongings or trash.</w:t>
      </w:r>
    </w:p>
    <w:p w14:paraId="0108CFD5" w14:textId="77777777" w:rsidR="00460556" w:rsidRDefault="00000000">
      <w:pPr>
        <w:pStyle w:val="Checklist"/>
      </w:pPr>
      <w:r>
        <w:t>☐  Provide clean, matching hangers.</w:t>
      </w:r>
    </w:p>
    <w:p w14:paraId="4A19D946" w14:textId="77777777" w:rsidR="00460556" w:rsidRDefault="00000000">
      <w:pPr>
        <w:pStyle w:val="Checklist"/>
      </w:pPr>
      <w:r>
        <w:t>☐  Clean mirrors and windowsills.</w:t>
      </w:r>
    </w:p>
    <w:p w14:paraId="5CB1236D" w14:textId="77777777" w:rsidR="00460556" w:rsidRDefault="00000000">
      <w:pPr>
        <w:pStyle w:val="Checklist"/>
      </w:pPr>
      <w:r>
        <w:t>☐  Test lamps, outlets, fans, and alarm clocks.</w:t>
      </w:r>
    </w:p>
    <w:p w14:paraId="12A8FF77" w14:textId="77777777" w:rsidR="00460556" w:rsidRDefault="00000000">
      <w:pPr>
        <w:pStyle w:val="Checklist"/>
      </w:pPr>
      <w:r>
        <w:t>☐  Empty, clean, and reline the wastebasket.</w:t>
      </w:r>
    </w:p>
    <w:p w14:paraId="785D3D29" w14:textId="77777777" w:rsidR="00460556" w:rsidRDefault="00000000">
      <w:pPr>
        <w:pStyle w:val="Checklist"/>
      </w:pPr>
      <w:r>
        <w:t>☐  Vacuum rugs and floors, including edges and beneath accessible furniture.</w:t>
      </w:r>
    </w:p>
    <w:p w14:paraId="2C00524B" w14:textId="77777777" w:rsidR="00460556" w:rsidRDefault="00000000">
      <w:pPr>
        <w:pStyle w:val="Checklist"/>
      </w:pPr>
      <w:r>
        <w:t>☐  Set blinds or curtains to the property's standard position.</w:t>
      </w:r>
    </w:p>
    <w:p w14:paraId="2361DF97" w14:textId="77777777" w:rsidR="00460556" w:rsidRDefault="00000000">
      <w:pPr>
        <w:pStyle w:val="Heading1"/>
      </w:pPr>
      <w:r>
        <w:t>Bathrooms</w:t>
      </w:r>
    </w:p>
    <w:p w14:paraId="7CCB5D3F" w14:textId="77777777" w:rsidR="00460556" w:rsidRDefault="00000000">
      <w:pPr>
        <w:keepLines/>
      </w:pPr>
      <w:r>
        <w:rPr>
          <w:i/>
          <w:color w:val="666672"/>
          <w:sz w:val="21"/>
        </w:rPr>
        <w:t>Repeat this section for every bathroom.</w:t>
      </w:r>
    </w:p>
    <w:p w14:paraId="20C53F56" w14:textId="77777777" w:rsidR="00460556" w:rsidRDefault="00000000">
      <w:pPr>
        <w:pStyle w:val="FormField"/>
      </w:pPr>
      <w:r>
        <w:rPr>
          <w:b/>
          <w:color w:val="3531A8"/>
        </w:rPr>
        <w:t>Bathroom:</w:t>
      </w:r>
      <w:r>
        <w:t xml:space="preserve"> _</w:t>
      </w:r>
    </w:p>
    <w:p w14:paraId="4A1B8D0D" w14:textId="77777777" w:rsidR="00460556" w:rsidRDefault="00000000">
      <w:pPr>
        <w:pStyle w:val="Checklist"/>
      </w:pPr>
      <w:r>
        <w:t>☐  Remove used towels, bathmats, trash, and guest toiletries.</w:t>
      </w:r>
    </w:p>
    <w:p w14:paraId="1DFEF827" w14:textId="77777777" w:rsidR="00460556" w:rsidRDefault="00000000">
      <w:pPr>
        <w:pStyle w:val="Checklist"/>
      </w:pPr>
      <w:r>
        <w:t>☐  Clean and disinfect the toilet bowl, seat, lid, hinges, base, handle, and surrounding floor.</w:t>
      </w:r>
    </w:p>
    <w:p w14:paraId="5982AE22" w14:textId="77777777" w:rsidR="00460556" w:rsidRDefault="00000000">
      <w:pPr>
        <w:pStyle w:val="Checklist"/>
      </w:pPr>
      <w:r>
        <w:t>☐  Clean and disinfect the sink, faucet, counter, backsplash, and vanity.</w:t>
      </w:r>
    </w:p>
    <w:p w14:paraId="055F3083" w14:textId="77777777" w:rsidR="00460556" w:rsidRDefault="00000000">
      <w:pPr>
        <w:pStyle w:val="Checklist"/>
      </w:pPr>
      <w:r>
        <w:t>☐  Scrub the shower and/or tub, fixtures, doors, tracks, walls, grout, and drain.</w:t>
      </w:r>
    </w:p>
    <w:p w14:paraId="2FD4C31E" w14:textId="77777777" w:rsidR="00460556" w:rsidRDefault="00000000">
      <w:pPr>
        <w:pStyle w:val="Checklist"/>
      </w:pPr>
      <w:r>
        <w:t>☐  Remove soap scum, limescale, mold, mildew, and hair.</w:t>
      </w:r>
    </w:p>
    <w:p w14:paraId="104E3237" w14:textId="77777777" w:rsidR="00460556" w:rsidRDefault="00000000">
      <w:pPr>
        <w:pStyle w:val="Checklist"/>
      </w:pPr>
      <w:r>
        <w:t>☐  Clean and polish mirrors and glass without streaks.</w:t>
      </w:r>
    </w:p>
    <w:p w14:paraId="22E91311" w14:textId="77777777" w:rsidR="00460556" w:rsidRDefault="00000000">
      <w:pPr>
        <w:pStyle w:val="Checklist"/>
      </w:pPr>
      <w:r>
        <w:t>☐  Wipe cabinets, drawers, shelves, towel bars, hooks, and door handles.</w:t>
      </w:r>
    </w:p>
    <w:p w14:paraId="628D37A9" w14:textId="77777777" w:rsidR="00460556" w:rsidRDefault="00000000">
      <w:pPr>
        <w:pStyle w:val="Checklist"/>
      </w:pPr>
      <w:r>
        <w:t>☐  Clean the exhaust fan cover and confirm that the fan works.</w:t>
      </w:r>
    </w:p>
    <w:p w14:paraId="5E9D28FB" w14:textId="77777777" w:rsidR="00460556" w:rsidRDefault="00000000">
      <w:pPr>
        <w:pStyle w:val="Checklist"/>
      </w:pPr>
      <w:r>
        <w:t>☐  Check that the drain flows properly and the toilet flushes correctly.</w:t>
      </w:r>
    </w:p>
    <w:p w14:paraId="4E3A162D" w14:textId="77777777" w:rsidR="00460556" w:rsidRDefault="00000000">
      <w:pPr>
        <w:pStyle w:val="Checklist"/>
      </w:pPr>
      <w:r>
        <w:t>☐  Confirm that hot and cold water work and there are no leaks.</w:t>
      </w:r>
    </w:p>
    <w:p w14:paraId="257192E4" w14:textId="77777777" w:rsidR="00460556" w:rsidRDefault="00000000">
      <w:pPr>
        <w:pStyle w:val="Checklist"/>
      </w:pPr>
      <w:r>
        <w:t>☐  Empty, disinfect, and reline the wastebasket.</w:t>
      </w:r>
    </w:p>
    <w:p w14:paraId="111D06CE" w14:textId="77777777" w:rsidR="00460556" w:rsidRDefault="00000000">
      <w:pPr>
        <w:pStyle w:val="Checklist"/>
      </w:pPr>
      <w:r>
        <w:t>☐  Sweep and mop the floor, including behind the toilet and door.</w:t>
      </w:r>
    </w:p>
    <w:p w14:paraId="219AB560" w14:textId="77777777" w:rsidR="00460556" w:rsidRDefault="00000000">
      <w:pPr>
        <w:pStyle w:val="Checklist"/>
      </w:pPr>
      <w:r>
        <w:t>☐  Place clean towels and bathmats according to the standard setup.</w:t>
      </w:r>
    </w:p>
    <w:p w14:paraId="472CE19E" w14:textId="77777777" w:rsidR="00460556" w:rsidRDefault="00000000">
      <w:pPr>
        <w:pStyle w:val="Checklist"/>
      </w:pPr>
      <w:r>
        <w:t>☐  Fold or stage toilet paper neatly; leave the required spare rolls.</w:t>
      </w:r>
    </w:p>
    <w:p w14:paraId="1FD837A7" w14:textId="77777777" w:rsidR="00460556" w:rsidRDefault="00000000">
      <w:pPr>
        <w:pStyle w:val="Heading2"/>
      </w:pPr>
      <w:r>
        <w:lastRenderedPageBreak/>
        <w:t>Bathroom Restocking</w:t>
      </w:r>
    </w:p>
    <w:p w14:paraId="44DBBF8F" w14:textId="77777777" w:rsidR="00460556" w:rsidRDefault="00000000">
      <w:pPr>
        <w:pStyle w:val="Checklist"/>
      </w:pPr>
      <w:r>
        <w:t>☐  Hand soap</w:t>
      </w:r>
    </w:p>
    <w:p w14:paraId="3D50AC23" w14:textId="77777777" w:rsidR="00460556" w:rsidRDefault="00000000">
      <w:pPr>
        <w:pStyle w:val="Checklist"/>
      </w:pPr>
      <w:r>
        <w:t>☐  Toilet paper</w:t>
      </w:r>
    </w:p>
    <w:p w14:paraId="5AE896BA" w14:textId="77777777" w:rsidR="00460556" w:rsidRDefault="00000000">
      <w:pPr>
        <w:pStyle w:val="Checklist"/>
      </w:pPr>
      <w:r>
        <w:t>☐  Facial tissues, if provided</w:t>
      </w:r>
    </w:p>
    <w:p w14:paraId="27EB3982" w14:textId="77777777" w:rsidR="00460556" w:rsidRDefault="00000000">
      <w:pPr>
        <w:pStyle w:val="Checklist"/>
      </w:pPr>
      <w:r>
        <w:t>☐  Shampoo</w:t>
      </w:r>
    </w:p>
    <w:p w14:paraId="060A0533" w14:textId="77777777" w:rsidR="00460556" w:rsidRDefault="00000000">
      <w:pPr>
        <w:pStyle w:val="Checklist"/>
      </w:pPr>
      <w:r>
        <w:t>☐  Conditioner</w:t>
      </w:r>
    </w:p>
    <w:p w14:paraId="49762841" w14:textId="77777777" w:rsidR="00460556" w:rsidRDefault="00000000">
      <w:pPr>
        <w:pStyle w:val="Checklist"/>
      </w:pPr>
      <w:r>
        <w:t>☐  Body wash or soap</w:t>
      </w:r>
    </w:p>
    <w:p w14:paraId="54F31E54" w14:textId="77777777" w:rsidR="00460556" w:rsidRDefault="00000000">
      <w:pPr>
        <w:pStyle w:val="Checklist"/>
      </w:pPr>
      <w:r>
        <w:t>☐  Body lotion, if provided</w:t>
      </w:r>
    </w:p>
    <w:p w14:paraId="0DDF58C1" w14:textId="77777777" w:rsidR="00460556" w:rsidRDefault="00000000">
      <w:pPr>
        <w:pStyle w:val="Checklist"/>
      </w:pPr>
      <w:r>
        <w:t>☐  Makeup-removal cloths or wipes, if provided</w:t>
      </w:r>
    </w:p>
    <w:p w14:paraId="4C5CAE97" w14:textId="77777777" w:rsidR="00460556" w:rsidRDefault="00000000">
      <w:pPr>
        <w:pStyle w:val="Checklist"/>
      </w:pPr>
      <w:r>
        <w:t>☐  Sanitary disposal bags, if provided</w:t>
      </w:r>
    </w:p>
    <w:p w14:paraId="1AA2C5D4" w14:textId="77777777" w:rsidR="00460556" w:rsidRDefault="00000000">
      <w:pPr>
        <w:pStyle w:val="Checklist"/>
      </w:pPr>
      <w:r>
        <w:t>☐  Hair dryer, clean and working</w:t>
      </w:r>
    </w:p>
    <w:p w14:paraId="718C09DD" w14:textId="77777777" w:rsidR="00460556" w:rsidRDefault="00000000">
      <w:pPr>
        <w:pStyle w:val="Checklist"/>
      </w:pPr>
      <w:r>
        <w:t>☐  Property-specific amenity kit</w:t>
      </w:r>
    </w:p>
    <w:p w14:paraId="246357CD" w14:textId="77777777" w:rsidR="00460556" w:rsidRDefault="00000000">
      <w:pPr>
        <w:pStyle w:val="Heading1"/>
      </w:pPr>
      <w:r>
        <w:t>Laundry and Linens</w:t>
      </w:r>
    </w:p>
    <w:p w14:paraId="122C1856" w14:textId="77777777" w:rsidR="00460556" w:rsidRDefault="00000000">
      <w:pPr>
        <w:pStyle w:val="Checklist"/>
      </w:pPr>
      <w:r>
        <w:t>☐  Sort linens according to care instructions.</w:t>
      </w:r>
    </w:p>
    <w:p w14:paraId="40AE4BF2" w14:textId="77777777" w:rsidR="00460556" w:rsidRDefault="00000000">
      <w:pPr>
        <w:pStyle w:val="Checklist"/>
      </w:pPr>
      <w:r>
        <w:t>☐  Treat stains before washing.</w:t>
      </w:r>
    </w:p>
    <w:p w14:paraId="79A45F4C" w14:textId="77777777" w:rsidR="00460556" w:rsidRDefault="00000000">
      <w:pPr>
        <w:pStyle w:val="Checklist"/>
      </w:pPr>
      <w:r>
        <w:t>☐  Wash and dry items at the correct temperature and cycle.</w:t>
      </w:r>
    </w:p>
    <w:p w14:paraId="31E8E564" w14:textId="77777777" w:rsidR="00460556" w:rsidRDefault="00000000">
      <w:pPr>
        <w:pStyle w:val="Checklist"/>
      </w:pPr>
      <w:r>
        <w:t>☐  Confirm that all items are fully dry before folding or storing.</w:t>
      </w:r>
    </w:p>
    <w:p w14:paraId="4EB4EDB1" w14:textId="77777777" w:rsidR="00460556" w:rsidRDefault="00000000">
      <w:pPr>
        <w:pStyle w:val="Checklist"/>
      </w:pPr>
      <w:r>
        <w:t>☐  Remove lint from the dryer filter after every load.</w:t>
      </w:r>
    </w:p>
    <w:p w14:paraId="0E0F7A44" w14:textId="77777777" w:rsidR="00460556" w:rsidRDefault="00000000">
      <w:pPr>
        <w:pStyle w:val="Checklist"/>
      </w:pPr>
      <w:r>
        <w:t>☐  Check the washer seal, detergent drawer, and drum for residue or belongings.</w:t>
      </w:r>
    </w:p>
    <w:p w14:paraId="02D249D0" w14:textId="77777777" w:rsidR="00460556" w:rsidRDefault="00000000">
      <w:pPr>
        <w:pStyle w:val="Checklist"/>
      </w:pPr>
      <w:r>
        <w:t>☐  Fold and store linens neatly by type and size.</w:t>
      </w:r>
    </w:p>
    <w:p w14:paraId="58667280" w14:textId="77777777" w:rsidR="00460556" w:rsidRDefault="00000000">
      <w:pPr>
        <w:pStyle w:val="Checklist"/>
      </w:pPr>
      <w:r>
        <w:t>☐  Keep clean linens separate from used linens and cleaning supplies.</w:t>
      </w:r>
    </w:p>
    <w:p w14:paraId="6D436C58" w14:textId="77777777" w:rsidR="00460556" w:rsidRDefault="00000000">
      <w:pPr>
        <w:pStyle w:val="Checklist"/>
      </w:pPr>
      <w:r>
        <w:t>☐  Record stained, torn, or missing items.</w:t>
      </w:r>
    </w:p>
    <w:p w14:paraId="4EA066A0" w14:textId="77777777" w:rsidR="00460556" w:rsidRDefault="00000000">
      <w:pPr>
        <w:pStyle w:val="Checklist"/>
      </w:pPr>
      <w:r>
        <w:t>☐  Confirm that the property's backup linen inventory is sufficient.</w:t>
      </w:r>
    </w:p>
    <w:p w14:paraId="7A8DEF4C" w14:textId="77777777" w:rsidR="00460556" w:rsidRDefault="00000000">
      <w:pPr>
        <w:pStyle w:val="Heading2"/>
      </w:pPr>
      <w:r>
        <w:t>Linen Count</w:t>
      </w:r>
    </w:p>
    <w:tbl>
      <w:tblPr>
        <w:tblW w:w="9360" w:type="dxa"/>
        <w:tblInd w:w="120" w:type="dxa"/>
        <w:tblBorders>
          <w:top w:val="single" w:sz="6" w:space="0" w:color="D9D9E2"/>
          <w:left w:val="single" w:sz="6" w:space="0" w:color="D9D9E2"/>
          <w:bottom w:val="single" w:sz="6" w:space="0" w:color="D9D9E2"/>
          <w:right w:val="single" w:sz="6" w:space="0" w:color="D9D9E2"/>
          <w:insideH w:val="single" w:sz="6" w:space="0" w:color="D9D9E2"/>
          <w:insideV w:val="single" w:sz="6" w:space="0" w:color="D9D9E2"/>
        </w:tblBorders>
        <w:tblLayout w:type="fixed"/>
        <w:tblLook w:val="04A0" w:firstRow="1" w:lastRow="0" w:firstColumn="1" w:lastColumn="0" w:noHBand="0" w:noVBand="1"/>
      </w:tblPr>
      <w:tblGrid>
        <w:gridCol w:w="3312"/>
        <w:gridCol w:w="1656"/>
        <w:gridCol w:w="1944"/>
        <w:gridCol w:w="2448"/>
      </w:tblGrid>
      <w:tr w:rsidR="00460556" w14:paraId="28A41005" w14:textId="77777777">
        <w:trPr>
          <w:tblHeader/>
        </w:trPr>
        <w:tc>
          <w:tcPr>
            <w:tcW w:w="3312" w:type="dxa"/>
            <w:shd w:val="clear" w:color="auto" w:fill="3531A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223B62" w14:textId="77777777" w:rsidR="00460556" w:rsidRDefault="00000000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Item</w:t>
            </w:r>
          </w:p>
        </w:tc>
        <w:tc>
          <w:tcPr>
            <w:tcW w:w="1656" w:type="dxa"/>
            <w:shd w:val="clear" w:color="auto" w:fill="3531A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4CF358" w14:textId="77777777" w:rsidR="00460556" w:rsidRDefault="00000000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Required</w:t>
            </w:r>
          </w:p>
        </w:tc>
        <w:tc>
          <w:tcPr>
            <w:tcW w:w="1944" w:type="dxa"/>
            <w:shd w:val="clear" w:color="auto" w:fill="3531A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206185" w14:textId="77777777" w:rsidR="00460556" w:rsidRDefault="00000000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Clean on Site</w:t>
            </w:r>
          </w:p>
        </w:tc>
        <w:tc>
          <w:tcPr>
            <w:tcW w:w="2448" w:type="dxa"/>
            <w:shd w:val="clear" w:color="auto" w:fill="3531A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49EA08" w14:textId="77777777" w:rsidR="00460556" w:rsidRDefault="00000000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Needs Replacement</w:t>
            </w:r>
          </w:p>
        </w:tc>
      </w:tr>
      <w:tr w:rsidR="00460556" w14:paraId="4BB1311C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0764DC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Sheet sets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B52BFA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6510C8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417EFA" w14:textId="77777777" w:rsidR="00460556" w:rsidRDefault="00460556">
            <w:pPr>
              <w:spacing w:after="0" w:line="240" w:lineRule="auto"/>
            </w:pPr>
          </w:p>
        </w:tc>
      </w:tr>
      <w:tr w:rsidR="00460556" w14:paraId="21D24D70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B5D56A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Pillowcases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C91FF8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DC4C7A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6EC6ED" w14:textId="77777777" w:rsidR="00460556" w:rsidRDefault="00460556">
            <w:pPr>
              <w:spacing w:after="0" w:line="240" w:lineRule="auto"/>
            </w:pPr>
          </w:p>
        </w:tc>
      </w:tr>
      <w:tr w:rsidR="00460556" w14:paraId="51EDBC52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F18546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Duvet covers/comforters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92A221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627B57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22B104" w14:textId="77777777" w:rsidR="00460556" w:rsidRDefault="00460556">
            <w:pPr>
              <w:spacing w:after="0" w:line="240" w:lineRule="auto"/>
            </w:pPr>
          </w:p>
        </w:tc>
      </w:tr>
      <w:tr w:rsidR="00460556" w14:paraId="107C3467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5E75C6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Bath towels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D8FA8E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10FA53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5FE260" w14:textId="77777777" w:rsidR="00460556" w:rsidRDefault="00460556">
            <w:pPr>
              <w:spacing w:after="0" w:line="240" w:lineRule="auto"/>
            </w:pPr>
          </w:p>
        </w:tc>
      </w:tr>
      <w:tr w:rsidR="00460556" w14:paraId="01D0C7F8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F302E2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Hand towels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C259CC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FBADE7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4B24D4" w14:textId="77777777" w:rsidR="00460556" w:rsidRDefault="00460556">
            <w:pPr>
              <w:spacing w:after="0" w:line="240" w:lineRule="auto"/>
            </w:pPr>
          </w:p>
        </w:tc>
      </w:tr>
      <w:tr w:rsidR="00460556" w14:paraId="696F72A8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9430D0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lastRenderedPageBreak/>
              <w:t>Washcloths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216C7C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4BC87C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570535" w14:textId="77777777" w:rsidR="00460556" w:rsidRDefault="00460556">
            <w:pPr>
              <w:spacing w:after="0" w:line="240" w:lineRule="auto"/>
            </w:pPr>
          </w:p>
        </w:tc>
      </w:tr>
      <w:tr w:rsidR="00460556" w14:paraId="3BBA8FF6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8E7DE8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Bathmats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81162E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3CC7F0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CF2B3D" w14:textId="77777777" w:rsidR="00460556" w:rsidRDefault="00460556">
            <w:pPr>
              <w:spacing w:after="0" w:line="240" w:lineRule="auto"/>
            </w:pPr>
          </w:p>
        </w:tc>
      </w:tr>
      <w:tr w:rsidR="00460556" w14:paraId="23303E54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31B12C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Kitchen towels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66D8E6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9BC964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89F95E" w14:textId="77777777" w:rsidR="00460556" w:rsidRDefault="00460556">
            <w:pPr>
              <w:spacing w:after="0" w:line="240" w:lineRule="auto"/>
            </w:pPr>
          </w:p>
        </w:tc>
      </w:tr>
    </w:tbl>
    <w:p w14:paraId="0CD3D251" w14:textId="77777777" w:rsidR="00460556" w:rsidRDefault="00460556">
      <w:pPr>
        <w:spacing w:after="40"/>
      </w:pPr>
    </w:p>
    <w:p w14:paraId="353830F0" w14:textId="77777777" w:rsidR="00460556" w:rsidRDefault="00000000">
      <w:pPr>
        <w:pStyle w:val="Heading1"/>
      </w:pPr>
      <w:r>
        <w:t>Workspace or Office</w:t>
      </w:r>
    </w:p>
    <w:p w14:paraId="47BA33EA" w14:textId="77777777" w:rsidR="00460556" w:rsidRDefault="00000000">
      <w:pPr>
        <w:pStyle w:val="Checklist"/>
      </w:pPr>
      <w:r>
        <w:t>☐  Dust and disinfect the desk, chair, lamp, switches, and handles.</w:t>
      </w:r>
    </w:p>
    <w:p w14:paraId="4D6671D9" w14:textId="77777777" w:rsidR="00460556" w:rsidRDefault="00000000">
      <w:pPr>
        <w:pStyle w:val="Checklist"/>
      </w:pPr>
      <w:r>
        <w:t>☐  Organize cables and charging accessories.</w:t>
      </w:r>
    </w:p>
    <w:p w14:paraId="6E2A6380" w14:textId="77777777" w:rsidR="00460556" w:rsidRDefault="00000000">
      <w:pPr>
        <w:pStyle w:val="Checklist"/>
      </w:pPr>
      <w:r>
        <w:t>☐  Test the desk lamp, outlets, monitor, and other provided equipment.</w:t>
      </w:r>
    </w:p>
    <w:p w14:paraId="6B382540" w14:textId="77777777" w:rsidR="00460556" w:rsidRDefault="00000000">
      <w:pPr>
        <w:pStyle w:val="Checklist"/>
      </w:pPr>
      <w:r>
        <w:t>☐  Clean the keyboard, mouse, and screen with appropriate products.</w:t>
      </w:r>
    </w:p>
    <w:p w14:paraId="63F9FCE9" w14:textId="77777777" w:rsidR="00460556" w:rsidRDefault="00000000">
      <w:pPr>
        <w:pStyle w:val="Checklist"/>
      </w:pPr>
      <w:r>
        <w:t>☐  Confirm that Wi-Fi information is accurate and visible where intended.</w:t>
      </w:r>
    </w:p>
    <w:p w14:paraId="08686FCF" w14:textId="77777777" w:rsidR="00460556" w:rsidRDefault="00000000">
      <w:pPr>
        <w:pStyle w:val="Heading1"/>
      </w:pPr>
      <w:r>
        <w:t>Children's and Baby Equipment</w:t>
      </w:r>
    </w:p>
    <w:p w14:paraId="299600AA" w14:textId="77777777" w:rsidR="00460556" w:rsidRDefault="00000000">
      <w:pPr>
        <w:pStyle w:val="Checklist"/>
      </w:pPr>
      <w:r>
        <w:t>☐  Clean and disinfect the crib, high chair, changing surface, and safety gates.</w:t>
      </w:r>
    </w:p>
    <w:p w14:paraId="7AA43087" w14:textId="77777777" w:rsidR="00460556" w:rsidRDefault="00000000">
      <w:pPr>
        <w:pStyle w:val="Checklist"/>
      </w:pPr>
      <w:r>
        <w:t>☐  Inspect equipment for damage, missing hardware, recalls, or instability.</w:t>
      </w:r>
    </w:p>
    <w:p w14:paraId="07E6A2C8" w14:textId="77777777" w:rsidR="00460556" w:rsidRDefault="00000000">
      <w:pPr>
        <w:pStyle w:val="Checklist"/>
      </w:pPr>
      <w:r>
        <w:t>☐  Install clean crib linens only; keep the sleep space free of unapproved loose items.</w:t>
      </w:r>
    </w:p>
    <w:p w14:paraId="35FF9053" w14:textId="77777777" w:rsidR="00460556" w:rsidRDefault="00000000">
      <w:pPr>
        <w:pStyle w:val="Checklist"/>
      </w:pPr>
      <w:r>
        <w:t>☐  Clean toys and remove broken or unsafe items.</w:t>
      </w:r>
    </w:p>
    <w:p w14:paraId="28508670" w14:textId="77777777" w:rsidR="00460556" w:rsidRDefault="00000000">
      <w:pPr>
        <w:pStyle w:val="Checklist"/>
      </w:pPr>
      <w:r>
        <w:t>☐  Confirm that childproofing devices are intact.</w:t>
      </w:r>
    </w:p>
    <w:p w14:paraId="344238B3" w14:textId="77777777" w:rsidR="00460556" w:rsidRDefault="00000000">
      <w:pPr>
        <w:pStyle w:val="Heading1"/>
      </w:pPr>
      <w:r>
        <w:t>Outdoor Areas</w:t>
      </w:r>
    </w:p>
    <w:p w14:paraId="6B8605D7" w14:textId="77777777" w:rsidR="00460556" w:rsidRDefault="00000000">
      <w:pPr>
        <w:pStyle w:val="Checklist"/>
      </w:pPr>
      <w:r>
        <w:t>☐  Pick up trash, cigarette butts, pet waste, and debris.</w:t>
      </w:r>
    </w:p>
    <w:p w14:paraId="0F9AE8A4" w14:textId="77777777" w:rsidR="00460556" w:rsidRDefault="00000000">
      <w:pPr>
        <w:pStyle w:val="Checklist"/>
      </w:pPr>
      <w:r>
        <w:t>☐  Sweep the entrance, balcony, deck, patio, and walkways.</w:t>
      </w:r>
    </w:p>
    <w:p w14:paraId="44DBA5D5" w14:textId="77777777" w:rsidR="00460556" w:rsidRDefault="00000000">
      <w:pPr>
        <w:pStyle w:val="Checklist"/>
      </w:pPr>
      <w:r>
        <w:t>☐  Wipe outdoor furniture and arrange it neatly.</w:t>
      </w:r>
    </w:p>
    <w:p w14:paraId="3975B672" w14:textId="77777777" w:rsidR="00460556" w:rsidRDefault="00000000">
      <w:pPr>
        <w:pStyle w:val="Checklist"/>
      </w:pPr>
      <w:r>
        <w:t>☐  Clean the grill and tools; check fuel only according to the property procedure.</w:t>
      </w:r>
    </w:p>
    <w:p w14:paraId="73E4F3A0" w14:textId="77777777" w:rsidR="00460556" w:rsidRDefault="00000000">
      <w:pPr>
        <w:pStyle w:val="Checklist"/>
      </w:pPr>
      <w:r>
        <w:t>☐  Inspect railings, stairs, gates, lighting, and furniture for hazards.</w:t>
      </w:r>
    </w:p>
    <w:p w14:paraId="31633484" w14:textId="77777777" w:rsidR="00460556" w:rsidRDefault="00000000">
      <w:pPr>
        <w:pStyle w:val="Checklist"/>
      </w:pPr>
      <w:r>
        <w:t>☐  Clean exterior door glass and handles.</w:t>
      </w:r>
    </w:p>
    <w:p w14:paraId="45E27B4D" w14:textId="77777777" w:rsidR="00460556" w:rsidRDefault="00000000">
      <w:pPr>
        <w:pStyle w:val="Checklist"/>
      </w:pPr>
      <w:r>
        <w:t>☐  Check the yard, pool, hot tub, fire pit, and recreational equipment as applicable.</w:t>
      </w:r>
    </w:p>
    <w:p w14:paraId="1CA12087" w14:textId="77777777" w:rsidR="00460556" w:rsidRDefault="00000000">
      <w:pPr>
        <w:pStyle w:val="Checklist"/>
      </w:pPr>
      <w:r>
        <w:t>☐  Confirm that outdoor bins are closed and placed correctly.</w:t>
      </w:r>
    </w:p>
    <w:p w14:paraId="6C698F91" w14:textId="77777777" w:rsidR="00460556" w:rsidRDefault="00000000">
      <w:pPr>
        <w:pStyle w:val="Heading1"/>
      </w:pPr>
      <w:r>
        <w:lastRenderedPageBreak/>
        <w:t>Pool, Hot Tub, or Sauna</w:t>
      </w:r>
    </w:p>
    <w:p w14:paraId="28B5942E" w14:textId="77777777" w:rsidR="00460556" w:rsidRDefault="00000000">
      <w:pPr>
        <w:keepLines/>
      </w:pPr>
      <w:r>
        <w:rPr>
          <w:i/>
          <w:sz w:val="21"/>
        </w:rPr>
        <w:t>Complete only if trained and authorized.</w:t>
      </w:r>
    </w:p>
    <w:p w14:paraId="59026EC5" w14:textId="77777777" w:rsidR="00460556" w:rsidRDefault="00000000">
      <w:pPr>
        <w:pStyle w:val="Checklist"/>
      </w:pPr>
      <w:r>
        <w:t>☐  Check and record required water readings.</w:t>
      </w:r>
    </w:p>
    <w:p w14:paraId="4D604F09" w14:textId="77777777" w:rsidR="00460556" w:rsidRDefault="00000000">
      <w:pPr>
        <w:pStyle w:val="Checklist"/>
      </w:pPr>
      <w:r>
        <w:t>☐  Confirm that the water is clear and equipment is operating normally.</w:t>
      </w:r>
    </w:p>
    <w:p w14:paraId="02C4F373" w14:textId="77777777" w:rsidR="00460556" w:rsidRDefault="00000000">
      <w:pPr>
        <w:pStyle w:val="Checklist"/>
      </w:pPr>
      <w:r>
        <w:t>☐  Clean the cover, surrounding surfaces, handrails, and touchpoints.</w:t>
      </w:r>
    </w:p>
    <w:p w14:paraId="58BC3AD3" w14:textId="77777777" w:rsidR="00460556" w:rsidRDefault="00000000">
      <w:pPr>
        <w:pStyle w:val="Checklist"/>
      </w:pPr>
      <w:r>
        <w:t>☐  Remove debris and clean filters or baskets as required.</w:t>
      </w:r>
    </w:p>
    <w:p w14:paraId="48298566" w14:textId="77777777" w:rsidR="00460556" w:rsidRDefault="00000000">
      <w:pPr>
        <w:pStyle w:val="Checklist"/>
      </w:pPr>
      <w:r>
        <w:t>☐  Restock clean pool towels.</w:t>
      </w:r>
    </w:p>
    <w:p w14:paraId="7BEF753D" w14:textId="77777777" w:rsidR="00460556" w:rsidRDefault="00000000">
      <w:pPr>
        <w:pStyle w:val="Checklist"/>
      </w:pPr>
      <w:r>
        <w:t>☐  Confirm that safety signs, barriers, covers, and rescue equipment are present.</w:t>
      </w:r>
    </w:p>
    <w:p w14:paraId="2C71A789" w14:textId="77777777" w:rsidR="00460556" w:rsidRDefault="00000000">
      <w:pPr>
        <w:pStyle w:val="Checklist"/>
      </w:pPr>
      <w:r>
        <w:t>☐  Report unsafe readings, damage, or equipment faults before guest arrival.</w:t>
      </w:r>
    </w:p>
    <w:p w14:paraId="1F350EB5" w14:textId="77777777" w:rsidR="00460556" w:rsidRDefault="00000000">
      <w:pPr>
        <w:pStyle w:val="Heading1"/>
      </w:pPr>
      <w:r>
        <w:t>Supplies and Guest Amenities</w:t>
      </w:r>
    </w:p>
    <w:tbl>
      <w:tblPr>
        <w:tblW w:w="9360" w:type="dxa"/>
        <w:tblInd w:w="120" w:type="dxa"/>
        <w:tblBorders>
          <w:top w:val="single" w:sz="6" w:space="0" w:color="D9D9E2"/>
          <w:left w:val="single" w:sz="6" w:space="0" w:color="D9D9E2"/>
          <w:bottom w:val="single" w:sz="6" w:space="0" w:color="D9D9E2"/>
          <w:right w:val="single" w:sz="6" w:space="0" w:color="D9D9E2"/>
          <w:insideH w:val="single" w:sz="6" w:space="0" w:color="D9D9E2"/>
          <w:insideV w:val="single" w:sz="6" w:space="0" w:color="D9D9E2"/>
        </w:tblBorders>
        <w:tblLayout w:type="fixed"/>
        <w:tblLook w:val="04A0" w:firstRow="1" w:lastRow="0" w:firstColumn="1" w:lastColumn="0" w:noHBand="0" w:noVBand="1"/>
      </w:tblPr>
      <w:tblGrid>
        <w:gridCol w:w="3312"/>
        <w:gridCol w:w="1656"/>
        <w:gridCol w:w="1944"/>
        <w:gridCol w:w="2448"/>
      </w:tblGrid>
      <w:tr w:rsidR="00460556" w14:paraId="4FF282E2" w14:textId="77777777">
        <w:trPr>
          <w:tblHeader/>
        </w:trPr>
        <w:tc>
          <w:tcPr>
            <w:tcW w:w="3312" w:type="dxa"/>
            <w:shd w:val="clear" w:color="auto" w:fill="3531A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820AB9" w14:textId="77777777" w:rsidR="00460556" w:rsidRDefault="00000000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Item</w:t>
            </w:r>
          </w:p>
        </w:tc>
        <w:tc>
          <w:tcPr>
            <w:tcW w:w="1656" w:type="dxa"/>
            <w:shd w:val="clear" w:color="auto" w:fill="3531A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E2344D" w14:textId="77777777" w:rsidR="00460556" w:rsidRDefault="00000000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Target Quantity</w:t>
            </w:r>
          </w:p>
        </w:tc>
        <w:tc>
          <w:tcPr>
            <w:tcW w:w="1944" w:type="dxa"/>
            <w:shd w:val="clear" w:color="auto" w:fill="3531A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FD2052" w14:textId="77777777" w:rsidR="00460556" w:rsidRDefault="00000000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Quantity on Hand</w:t>
            </w:r>
          </w:p>
        </w:tc>
        <w:tc>
          <w:tcPr>
            <w:tcW w:w="2448" w:type="dxa"/>
            <w:shd w:val="clear" w:color="auto" w:fill="3531A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CDEC64" w14:textId="77777777" w:rsidR="00460556" w:rsidRDefault="00000000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Restocked</w:t>
            </w:r>
          </w:p>
        </w:tc>
      </w:tr>
      <w:tr w:rsidR="00460556" w14:paraId="170189E7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93E7AD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Toilet paper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2BADF1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BCC513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E15188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☐</w:t>
            </w:r>
          </w:p>
        </w:tc>
      </w:tr>
      <w:tr w:rsidR="00460556" w14:paraId="3180022B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141EF0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Paper towels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F3A39E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D8DAB5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4B4AC4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☐</w:t>
            </w:r>
          </w:p>
        </w:tc>
      </w:tr>
      <w:tr w:rsidR="00460556" w14:paraId="0CAC4D41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DFF19B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Tissues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4493D0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E7577F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14812B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☐</w:t>
            </w:r>
          </w:p>
        </w:tc>
      </w:tr>
      <w:tr w:rsidR="00460556" w14:paraId="660C140C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1C6931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Trash bags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FC4794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52DD3F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FE839E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☐</w:t>
            </w:r>
          </w:p>
        </w:tc>
      </w:tr>
      <w:tr w:rsidR="00460556" w14:paraId="3F319E18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69ED6B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Hand soap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C612A4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C5DF4A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13FF2F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☐</w:t>
            </w:r>
          </w:p>
        </w:tc>
      </w:tr>
      <w:tr w:rsidR="00460556" w14:paraId="2D96747E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8AC766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Shampoo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10753E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6E6F44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AF4FD5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☐</w:t>
            </w:r>
          </w:p>
        </w:tc>
      </w:tr>
      <w:tr w:rsidR="00460556" w14:paraId="49077E31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FFCC6D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Conditioner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527CD1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8B2448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FBCD81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☐</w:t>
            </w:r>
          </w:p>
        </w:tc>
      </w:tr>
      <w:tr w:rsidR="00460556" w14:paraId="1BA59C7B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80FDB6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Body wash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91F5C6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8E91C9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7B923B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☐</w:t>
            </w:r>
          </w:p>
        </w:tc>
      </w:tr>
      <w:tr w:rsidR="00460556" w14:paraId="7EBB3221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70D341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Dish soap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6543C5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E5D0A2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819843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☐</w:t>
            </w:r>
          </w:p>
        </w:tc>
      </w:tr>
      <w:tr w:rsidR="00460556" w14:paraId="3D282146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7F1C7D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Dishwasher detergent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74D508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1D63DB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8C9B21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☐</w:t>
            </w:r>
          </w:p>
        </w:tc>
      </w:tr>
      <w:tr w:rsidR="00460556" w14:paraId="51A2F539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913D91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Laundry detergent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F3B3ED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4A532F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65DB83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☐</w:t>
            </w:r>
          </w:p>
        </w:tc>
      </w:tr>
      <w:tr w:rsidR="00460556" w14:paraId="053A421A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A6743B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Coffee/tea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C5E42F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CFB683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99BED1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☐</w:t>
            </w:r>
          </w:p>
        </w:tc>
      </w:tr>
      <w:tr w:rsidR="00460556" w14:paraId="2F14F110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06A1AF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Sugar/sweetener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757FEE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B9A0A1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543227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☐</w:t>
            </w:r>
          </w:p>
        </w:tc>
      </w:tr>
      <w:tr w:rsidR="00460556" w14:paraId="48DB6B70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70C60F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Other: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6AFFB8" w14:textId="77777777" w:rsidR="00460556" w:rsidRDefault="00460556">
            <w:pPr>
              <w:spacing w:after="0" w:line="240" w:lineRule="auto"/>
            </w:pP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E1209F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AD2117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☐</w:t>
            </w:r>
          </w:p>
        </w:tc>
      </w:tr>
    </w:tbl>
    <w:p w14:paraId="24B579BC" w14:textId="77777777" w:rsidR="00460556" w:rsidRDefault="00460556">
      <w:pPr>
        <w:spacing w:after="40"/>
      </w:pPr>
    </w:p>
    <w:p w14:paraId="610BF72A" w14:textId="77777777" w:rsidR="00460556" w:rsidRDefault="00000000">
      <w:pPr>
        <w:pStyle w:val="Heading1"/>
      </w:pPr>
      <w:r>
        <w:lastRenderedPageBreak/>
        <w:t>Safety and Function Check</w:t>
      </w:r>
    </w:p>
    <w:p w14:paraId="2315E63E" w14:textId="77777777" w:rsidR="00460556" w:rsidRDefault="00000000">
      <w:pPr>
        <w:pStyle w:val="Checklist"/>
      </w:pPr>
      <w:r>
        <w:t>☐  Test smoke alarms according to the property's approved procedure.</w:t>
      </w:r>
    </w:p>
    <w:p w14:paraId="1A2EA627" w14:textId="77777777" w:rsidR="00460556" w:rsidRDefault="00000000">
      <w:pPr>
        <w:pStyle w:val="Checklist"/>
      </w:pPr>
      <w:r>
        <w:t>☐  Test carbon monoxide alarms according to the property's approved procedure.</w:t>
      </w:r>
    </w:p>
    <w:p w14:paraId="0AA8E08A" w14:textId="77777777" w:rsidR="00460556" w:rsidRDefault="00000000">
      <w:pPr>
        <w:pStyle w:val="Checklist"/>
      </w:pPr>
      <w:r>
        <w:t>☐  Confirm that fire extinguishers are present, accessible, sealed, and in date.</w:t>
      </w:r>
    </w:p>
    <w:p w14:paraId="0BBAD4B8" w14:textId="77777777" w:rsidR="00460556" w:rsidRDefault="00000000">
      <w:pPr>
        <w:pStyle w:val="Checklist"/>
      </w:pPr>
      <w:r>
        <w:t>☐  Confirm that exits and escape routes are clear.</w:t>
      </w:r>
    </w:p>
    <w:p w14:paraId="197F4E5E" w14:textId="77777777" w:rsidR="00460556" w:rsidRDefault="00000000">
      <w:pPr>
        <w:pStyle w:val="Checklist"/>
      </w:pPr>
      <w:r>
        <w:t>☐  Check that the first-aid kit is stocked and accessible.</w:t>
      </w:r>
    </w:p>
    <w:p w14:paraId="43EE367A" w14:textId="77777777" w:rsidR="00460556" w:rsidRDefault="00000000">
      <w:pPr>
        <w:pStyle w:val="Checklist"/>
      </w:pPr>
      <w:r>
        <w:t>☐  Check doors, windows, locks, gates, and balcony latches.</w:t>
      </w:r>
    </w:p>
    <w:p w14:paraId="24ACC75B" w14:textId="77777777" w:rsidR="00460556" w:rsidRDefault="00000000">
      <w:pPr>
        <w:pStyle w:val="Checklist"/>
      </w:pPr>
      <w:r>
        <w:t>☐  Test essential lights and replace failed bulbs.</w:t>
      </w:r>
    </w:p>
    <w:p w14:paraId="1368AA27" w14:textId="77777777" w:rsidR="00460556" w:rsidRDefault="00000000">
      <w:pPr>
        <w:pStyle w:val="Checklist"/>
      </w:pPr>
      <w:r>
        <w:t>☐  Confirm that heating, cooling, fans, and thermostats operate correctly.</w:t>
      </w:r>
    </w:p>
    <w:p w14:paraId="31546792" w14:textId="77777777" w:rsidR="00460556" w:rsidRDefault="00000000">
      <w:pPr>
        <w:pStyle w:val="Checklist"/>
      </w:pPr>
      <w:r>
        <w:t>☐  Check plumbing fixtures and visible pipes for leaks.</w:t>
      </w:r>
    </w:p>
    <w:p w14:paraId="0E1617DF" w14:textId="77777777" w:rsidR="00460556" w:rsidRDefault="00000000">
      <w:pPr>
        <w:pStyle w:val="Checklist"/>
      </w:pPr>
      <w:r>
        <w:t>☐  Check appliances for error messages, damage, or unusual operation.</w:t>
      </w:r>
    </w:p>
    <w:p w14:paraId="009E7299" w14:textId="77777777" w:rsidR="00460556" w:rsidRDefault="00000000">
      <w:pPr>
        <w:pStyle w:val="Checklist"/>
      </w:pPr>
      <w:r>
        <w:t>☐  Confirm that emergency, Wi-Fi, and host contact information is current.</w:t>
      </w:r>
    </w:p>
    <w:p w14:paraId="599F0DFB" w14:textId="77777777" w:rsidR="00460556" w:rsidRDefault="00000000">
      <w:pPr>
        <w:pStyle w:val="Checklist"/>
      </w:pPr>
      <w:r>
        <w:t>☐  Verify that required permits, notices, and safety information are displayed.</w:t>
      </w:r>
    </w:p>
    <w:p w14:paraId="45E82B14" w14:textId="77777777" w:rsidR="00460556" w:rsidRDefault="00000000">
      <w:pPr>
        <w:pStyle w:val="Checklist"/>
      </w:pPr>
      <w:r>
        <w:t>☐  Report hazards immediately and prevent check-in if the property is unsafe.</w:t>
      </w:r>
    </w:p>
    <w:p w14:paraId="76C97BD9" w14:textId="77777777" w:rsidR="00460556" w:rsidRDefault="00000000">
      <w:pPr>
        <w:pStyle w:val="Heading1"/>
      </w:pPr>
      <w:r>
        <w:t>Maintenance Check</w:t>
      </w:r>
    </w:p>
    <w:p w14:paraId="2AA12F04" w14:textId="77777777" w:rsidR="00460556" w:rsidRDefault="00000000">
      <w:pPr>
        <w:pStyle w:val="Checklist"/>
      </w:pPr>
      <w:r>
        <w:t>☐  No dripping faucets, running toilets, slow drains, or visible leaks.</w:t>
      </w:r>
    </w:p>
    <w:p w14:paraId="0495779C" w14:textId="77777777" w:rsidR="00460556" w:rsidRDefault="00000000">
      <w:pPr>
        <w:pStyle w:val="Checklist"/>
      </w:pPr>
      <w:r>
        <w:t>☐  No loose handles, hinges, railings, tiles, or furniture.</w:t>
      </w:r>
    </w:p>
    <w:p w14:paraId="751A5643" w14:textId="77777777" w:rsidR="00460556" w:rsidRDefault="00000000">
      <w:pPr>
        <w:pStyle w:val="Checklist"/>
      </w:pPr>
      <w:r>
        <w:t>☐  No damaged blinds, curtains, screens, doors, or windows.</w:t>
      </w:r>
    </w:p>
    <w:p w14:paraId="0E6C4A32" w14:textId="77777777" w:rsidR="00460556" w:rsidRDefault="00000000">
      <w:pPr>
        <w:pStyle w:val="Checklist"/>
      </w:pPr>
      <w:r>
        <w:t>☐  No burned-out bulbs or damaged switches and outlets.</w:t>
      </w:r>
    </w:p>
    <w:p w14:paraId="6B670B65" w14:textId="77777777" w:rsidR="00460556" w:rsidRDefault="00000000">
      <w:pPr>
        <w:pStyle w:val="Checklist"/>
      </w:pPr>
      <w:r>
        <w:t>☐  No unusual HVAC, appliance, or plumbing noises.</w:t>
      </w:r>
    </w:p>
    <w:p w14:paraId="6B2D1A79" w14:textId="77777777" w:rsidR="00460556" w:rsidRDefault="00000000">
      <w:pPr>
        <w:pStyle w:val="Checklist"/>
      </w:pPr>
      <w:r>
        <w:t>☐  No pest activity or signs of infestation.</w:t>
      </w:r>
    </w:p>
    <w:p w14:paraId="3C5D8CAB" w14:textId="77777777" w:rsidR="00460556" w:rsidRDefault="00000000">
      <w:pPr>
        <w:pStyle w:val="Checklist"/>
      </w:pPr>
      <w:r>
        <w:t>☐  No mold, mildew, or water damage.</w:t>
      </w:r>
    </w:p>
    <w:p w14:paraId="6BEA4792" w14:textId="77777777" w:rsidR="00460556" w:rsidRDefault="00000000">
      <w:pPr>
        <w:pStyle w:val="Checklist"/>
      </w:pPr>
      <w:r>
        <w:t>☐  Wi-Fi and essential guest technology work.</w:t>
      </w:r>
    </w:p>
    <w:p w14:paraId="15C8A8DF" w14:textId="77777777" w:rsidR="00460556" w:rsidRDefault="00000000">
      <w:pPr>
        <w:pStyle w:val="Checklist"/>
      </w:pPr>
      <w:r>
        <w:t>☐  Consumables, batteries, filters, and light bulbs have adequate backup stock.</w:t>
      </w:r>
    </w:p>
    <w:p w14:paraId="4E033E2A" w14:textId="77777777" w:rsidR="00460556" w:rsidRDefault="00000000">
      <w:pPr>
        <w:pStyle w:val="Heading2"/>
      </w:pPr>
      <w:r>
        <w:t>Maintenance or Damage Notes</w:t>
      </w:r>
    </w:p>
    <w:tbl>
      <w:tblPr>
        <w:tblW w:w="9360" w:type="dxa"/>
        <w:tblInd w:w="120" w:type="dxa"/>
        <w:tblBorders>
          <w:top w:val="single" w:sz="6" w:space="0" w:color="D9D9E2"/>
          <w:left w:val="single" w:sz="6" w:space="0" w:color="D9D9E2"/>
          <w:bottom w:val="single" w:sz="6" w:space="0" w:color="D9D9E2"/>
          <w:right w:val="single" w:sz="6" w:space="0" w:color="D9D9E2"/>
          <w:insideH w:val="single" w:sz="6" w:space="0" w:color="D9D9E2"/>
          <w:insideV w:val="single" w:sz="6" w:space="0" w:color="D9D9E2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3672"/>
        <w:gridCol w:w="1152"/>
        <w:gridCol w:w="1512"/>
        <w:gridCol w:w="1080"/>
      </w:tblGrid>
      <w:tr w:rsidR="00460556" w14:paraId="6541DB76" w14:textId="77777777">
        <w:trPr>
          <w:tblHeader/>
        </w:trPr>
        <w:tc>
          <w:tcPr>
            <w:tcW w:w="1944" w:type="dxa"/>
            <w:shd w:val="clear" w:color="auto" w:fill="3531A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74B236" w14:textId="77777777" w:rsidR="00460556" w:rsidRDefault="00000000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Location</w:t>
            </w:r>
          </w:p>
        </w:tc>
        <w:tc>
          <w:tcPr>
            <w:tcW w:w="3672" w:type="dxa"/>
            <w:shd w:val="clear" w:color="auto" w:fill="3531A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E5C378" w14:textId="77777777" w:rsidR="00460556" w:rsidRDefault="00000000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Issue</w:t>
            </w:r>
          </w:p>
        </w:tc>
        <w:tc>
          <w:tcPr>
            <w:tcW w:w="1152" w:type="dxa"/>
            <w:shd w:val="clear" w:color="auto" w:fill="3531A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88A430" w14:textId="77777777" w:rsidR="00460556" w:rsidRDefault="00000000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Photo Taken</w:t>
            </w:r>
          </w:p>
        </w:tc>
        <w:tc>
          <w:tcPr>
            <w:tcW w:w="1512" w:type="dxa"/>
            <w:shd w:val="clear" w:color="auto" w:fill="3531A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0FBE3A" w14:textId="77777777" w:rsidR="00460556" w:rsidRDefault="00000000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Urgency</w:t>
            </w:r>
          </w:p>
        </w:tc>
        <w:tc>
          <w:tcPr>
            <w:tcW w:w="1080" w:type="dxa"/>
            <w:shd w:val="clear" w:color="auto" w:fill="3531A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01630E" w14:textId="77777777" w:rsidR="00460556" w:rsidRDefault="00000000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Reported To</w:t>
            </w:r>
          </w:p>
        </w:tc>
      </w:tr>
      <w:tr w:rsidR="00460556" w14:paraId="36CF9295" w14:textId="77777777"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8D33BB" w14:textId="77777777" w:rsidR="00460556" w:rsidRDefault="00460556">
            <w:pPr>
              <w:spacing w:after="0" w:line="240" w:lineRule="auto"/>
            </w:pPr>
          </w:p>
        </w:tc>
        <w:tc>
          <w:tcPr>
            <w:tcW w:w="36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065C10" w14:textId="77777777" w:rsidR="00460556" w:rsidRDefault="00460556">
            <w:pPr>
              <w:spacing w:after="0" w:line="240" w:lineRule="auto"/>
            </w:pPr>
          </w:p>
        </w:tc>
        <w:tc>
          <w:tcPr>
            <w:tcW w:w="11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067E18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☐</w:t>
            </w:r>
          </w:p>
        </w:tc>
        <w:tc>
          <w:tcPr>
            <w:tcW w:w="15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2045F8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Low / Medium / Urgent</w:t>
            </w:r>
          </w:p>
        </w:tc>
        <w:tc>
          <w:tcPr>
            <w:tcW w:w="10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292079" w14:textId="77777777" w:rsidR="00460556" w:rsidRDefault="00460556">
            <w:pPr>
              <w:spacing w:after="0" w:line="240" w:lineRule="auto"/>
            </w:pPr>
          </w:p>
        </w:tc>
      </w:tr>
      <w:tr w:rsidR="00460556" w14:paraId="12B2AC2C" w14:textId="77777777"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3722B0" w14:textId="77777777" w:rsidR="00460556" w:rsidRDefault="00460556">
            <w:pPr>
              <w:spacing w:after="0" w:line="240" w:lineRule="auto"/>
            </w:pPr>
          </w:p>
        </w:tc>
        <w:tc>
          <w:tcPr>
            <w:tcW w:w="367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3A9B7E" w14:textId="77777777" w:rsidR="00460556" w:rsidRDefault="00460556">
            <w:pPr>
              <w:spacing w:after="0" w:line="240" w:lineRule="auto"/>
            </w:pPr>
          </w:p>
        </w:tc>
        <w:tc>
          <w:tcPr>
            <w:tcW w:w="115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6C1DA4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☐</w:t>
            </w:r>
          </w:p>
        </w:tc>
        <w:tc>
          <w:tcPr>
            <w:tcW w:w="15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BA19DC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Low / Medium / Urgent</w:t>
            </w:r>
          </w:p>
        </w:tc>
        <w:tc>
          <w:tcPr>
            <w:tcW w:w="1080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7EDB5E" w14:textId="77777777" w:rsidR="00460556" w:rsidRDefault="00460556">
            <w:pPr>
              <w:spacing w:after="0" w:line="240" w:lineRule="auto"/>
            </w:pPr>
          </w:p>
        </w:tc>
      </w:tr>
      <w:tr w:rsidR="00460556" w14:paraId="1D25C263" w14:textId="77777777"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83D3BF" w14:textId="77777777" w:rsidR="00460556" w:rsidRDefault="00460556">
            <w:pPr>
              <w:spacing w:after="0" w:line="240" w:lineRule="auto"/>
            </w:pPr>
          </w:p>
        </w:tc>
        <w:tc>
          <w:tcPr>
            <w:tcW w:w="36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5F3655" w14:textId="77777777" w:rsidR="00460556" w:rsidRDefault="00460556">
            <w:pPr>
              <w:spacing w:after="0" w:line="240" w:lineRule="auto"/>
            </w:pPr>
          </w:p>
        </w:tc>
        <w:tc>
          <w:tcPr>
            <w:tcW w:w="11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B41CBE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☐</w:t>
            </w:r>
          </w:p>
        </w:tc>
        <w:tc>
          <w:tcPr>
            <w:tcW w:w="15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BF71E6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Low / Medium / Urgent</w:t>
            </w:r>
          </w:p>
        </w:tc>
        <w:tc>
          <w:tcPr>
            <w:tcW w:w="10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816C55" w14:textId="77777777" w:rsidR="00460556" w:rsidRDefault="00460556">
            <w:pPr>
              <w:spacing w:after="0" w:line="240" w:lineRule="auto"/>
            </w:pPr>
          </w:p>
        </w:tc>
      </w:tr>
    </w:tbl>
    <w:p w14:paraId="4C9F0AB5" w14:textId="77777777" w:rsidR="00460556" w:rsidRDefault="00460556">
      <w:pPr>
        <w:spacing w:after="40"/>
      </w:pPr>
    </w:p>
    <w:p w14:paraId="0C6AAB2E" w14:textId="77777777" w:rsidR="00460556" w:rsidRDefault="00000000">
      <w:pPr>
        <w:pStyle w:val="Heading1"/>
      </w:pPr>
      <w:r>
        <w:t>Final Guest-Ready Setup</w:t>
      </w:r>
    </w:p>
    <w:p w14:paraId="7335CCFD" w14:textId="77777777" w:rsidR="00460556" w:rsidRDefault="00000000">
      <w:pPr>
        <w:pStyle w:val="Checklist"/>
      </w:pPr>
      <w:r>
        <w:t>☐  Set the thermostat to the approved arrival temperature.</w:t>
      </w:r>
    </w:p>
    <w:p w14:paraId="7205F879" w14:textId="77777777" w:rsidR="00460556" w:rsidRDefault="00000000">
      <w:pPr>
        <w:pStyle w:val="Checklist"/>
      </w:pPr>
      <w:r>
        <w:t>☐  Close and lock windows unless the host directs otherwise.</w:t>
      </w:r>
    </w:p>
    <w:p w14:paraId="6A1A2FD1" w14:textId="77777777" w:rsidR="00460556" w:rsidRDefault="00000000">
      <w:pPr>
        <w:pStyle w:val="Checklist"/>
      </w:pPr>
      <w:r>
        <w:t>☐  Set curtains or blinds to the standard arrival position.</w:t>
      </w:r>
    </w:p>
    <w:p w14:paraId="09A95A7E" w14:textId="77777777" w:rsidR="00460556" w:rsidRDefault="00000000">
      <w:pPr>
        <w:pStyle w:val="Checklist"/>
      </w:pPr>
      <w:r>
        <w:t>☐  Turn off unnecessary lights and leave approved arrival lights on.</w:t>
      </w:r>
    </w:p>
    <w:p w14:paraId="41014706" w14:textId="77777777" w:rsidR="00460556" w:rsidRDefault="00000000">
      <w:pPr>
        <w:pStyle w:val="Checklist"/>
      </w:pPr>
      <w:r>
        <w:t>☐  Stage welcome materials and amenities.</w:t>
      </w:r>
    </w:p>
    <w:p w14:paraId="690E944F" w14:textId="77777777" w:rsidR="00460556" w:rsidRDefault="00000000">
      <w:pPr>
        <w:pStyle w:val="Checklist"/>
      </w:pPr>
      <w:r>
        <w:t>☐  Confirm that house rules, guides, and local information are current.</w:t>
      </w:r>
    </w:p>
    <w:p w14:paraId="6F5C8073" w14:textId="77777777" w:rsidR="00460556" w:rsidRDefault="00000000">
      <w:pPr>
        <w:pStyle w:val="Checklist"/>
      </w:pPr>
      <w:r>
        <w:t>☐  Set clocks to the correct local time.</w:t>
      </w:r>
    </w:p>
    <w:p w14:paraId="4AB8AF3E" w14:textId="77777777" w:rsidR="00460556" w:rsidRDefault="00000000">
      <w:pPr>
        <w:pStyle w:val="Checklist"/>
      </w:pPr>
      <w:r>
        <w:t>☐  Confirm that furniture, décor, remotes, and supplies are in their standard locations.</w:t>
      </w:r>
    </w:p>
    <w:p w14:paraId="2A27B3EB" w14:textId="77777777" w:rsidR="00460556" w:rsidRDefault="00000000">
      <w:pPr>
        <w:pStyle w:val="Checklist"/>
      </w:pPr>
      <w:r>
        <w:t>☐  Remove all cleaning products, equipment, laundry, and personal belongings.</w:t>
      </w:r>
    </w:p>
    <w:p w14:paraId="502E0268" w14:textId="77777777" w:rsidR="00460556" w:rsidRDefault="00000000">
      <w:pPr>
        <w:pStyle w:val="Checklist"/>
      </w:pPr>
      <w:r>
        <w:t>☐  Complete a final odor and temperature check.</w:t>
      </w:r>
    </w:p>
    <w:p w14:paraId="101F26ED" w14:textId="77777777" w:rsidR="00460556" w:rsidRDefault="00000000">
      <w:pPr>
        <w:pStyle w:val="Checklist"/>
      </w:pPr>
      <w:r>
        <w:t>☐  Walk through the property from a guest's perspective.</w:t>
      </w:r>
    </w:p>
    <w:p w14:paraId="16250F18" w14:textId="77777777" w:rsidR="00460556" w:rsidRDefault="00000000">
      <w:pPr>
        <w:pStyle w:val="Checklist"/>
      </w:pPr>
      <w:r>
        <w:t>☐  Lock all restricted owner or supply closets.</w:t>
      </w:r>
    </w:p>
    <w:p w14:paraId="26C0B9A7" w14:textId="77777777" w:rsidR="00460556" w:rsidRDefault="00000000">
      <w:pPr>
        <w:pStyle w:val="Checklist"/>
      </w:pPr>
      <w:r>
        <w:t>☐  Lock exterior doors and test the guest entry method.</w:t>
      </w:r>
    </w:p>
    <w:p w14:paraId="4A9EFC68" w14:textId="77777777" w:rsidR="00460556" w:rsidRDefault="00000000">
      <w:pPr>
        <w:pStyle w:val="Heading1"/>
      </w:pPr>
      <w:r>
        <w:t>Photo Verification</w:t>
      </w:r>
    </w:p>
    <w:p w14:paraId="5045F939" w14:textId="77777777" w:rsidR="00460556" w:rsidRDefault="00000000">
      <w:pPr>
        <w:keepLines/>
      </w:pPr>
      <w:r>
        <w:rPr>
          <w:sz w:val="21"/>
        </w:rPr>
        <w:t>Take clear, well-lit photos after the turnover, following the host's required angles.</w:t>
      </w:r>
    </w:p>
    <w:p w14:paraId="2776D893" w14:textId="77777777" w:rsidR="00460556" w:rsidRDefault="00000000">
      <w:pPr>
        <w:pStyle w:val="Checklist"/>
      </w:pPr>
      <w:r>
        <w:t>☐  Front entrance</w:t>
      </w:r>
    </w:p>
    <w:p w14:paraId="155F4337" w14:textId="77777777" w:rsidR="00460556" w:rsidRDefault="00000000">
      <w:pPr>
        <w:pStyle w:val="Checklist"/>
      </w:pPr>
      <w:r>
        <w:t>☐  Kitchen counters and sink</w:t>
      </w:r>
    </w:p>
    <w:p w14:paraId="02A25739" w14:textId="77777777" w:rsidR="00460556" w:rsidRDefault="00000000">
      <w:pPr>
        <w:pStyle w:val="Checklist"/>
      </w:pPr>
      <w:r>
        <w:t>☐  Kitchen appliances</w:t>
      </w:r>
    </w:p>
    <w:p w14:paraId="28F8C8B3" w14:textId="77777777" w:rsidR="00460556" w:rsidRDefault="00000000">
      <w:pPr>
        <w:pStyle w:val="Checklist"/>
      </w:pPr>
      <w:r>
        <w:t>☐  Dining area</w:t>
      </w:r>
    </w:p>
    <w:p w14:paraId="6B384E33" w14:textId="77777777" w:rsidR="00460556" w:rsidRDefault="00000000">
      <w:pPr>
        <w:pStyle w:val="Checklist"/>
      </w:pPr>
      <w:r>
        <w:t>☐  Living room</w:t>
      </w:r>
    </w:p>
    <w:p w14:paraId="6A1CDCD5" w14:textId="77777777" w:rsidR="00460556" w:rsidRDefault="00000000">
      <w:pPr>
        <w:pStyle w:val="Checklist"/>
      </w:pPr>
      <w:r>
        <w:t>☐  Every made bed</w:t>
      </w:r>
    </w:p>
    <w:p w14:paraId="7050BD34" w14:textId="77777777" w:rsidR="00460556" w:rsidRDefault="00000000">
      <w:pPr>
        <w:pStyle w:val="Checklist"/>
      </w:pPr>
      <w:r>
        <w:t>☐  Every bathroom</w:t>
      </w:r>
    </w:p>
    <w:p w14:paraId="64776E52" w14:textId="77777777" w:rsidR="00460556" w:rsidRDefault="00000000">
      <w:pPr>
        <w:pStyle w:val="Checklist"/>
      </w:pPr>
      <w:r>
        <w:t>☐  Supply and amenity setup</w:t>
      </w:r>
    </w:p>
    <w:p w14:paraId="54D0387F" w14:textId="77777777" w:rsidR="00460556" w:rsidRDefault="00000000">
      <w:pPr>
        <w:pStyle w:val="Checklist"/>
      </w:pPr>
      <w:r>
        <w:t>☐  Outdoor areas</w:t>
      </w:r>
    </w:p>
    <w:p w14:paraId="531451E1" w14:textId="77777777" w:rsidR="00460556" w:rsidRDefault="00000000">
      <w:pPr>
        <w:pStyle w:val="Checklist"/>
      </w:pPr>
      <w:r>
        <w:t>☐  Thermostat</w:t>
      </w:r>
    </w:p>
    <w:p w14:paraId="4D95F43D" w14:textId="77777777" w:rsidR="00460556" w:rsidRDefault="00000000">
      <w:pPr>
        <w:pStyle w:val="Checklist"/>
      </w:pPr>
      <w:r>
        <w:lastRenderedPageBreak/>
        <w:t>☐  Locked entry door</w:t>
      </w:r>
    </w:p>
    <w:p w14:paraId="0CC7974A" w14:textId="77777777" w:rsidR="00460556" w:rsidRDefault="00000000">
      <w:pPr>
        <w:pStyle w:val="Checklist"/>
      </w:pPr>
      <w:r>
        <w:t>☐  Any damage, maintenance issue, or low-stock item</w:t>
      </w:r>
    </w:p>
    <w:p w14:paraId="60039E2A" w14:textId="77777777" w:rsidR="00460556" w:rsidRDefault="00000000">
      <w:pPr>
        <w:pStyle w:val="Checklist"/>
      </w:pPr>
      <w:r>
        <w:t>☐  Photos uploaded or sent to: _</w:t>
      </w:r>
    </w:p>
    <w:p w14:paraId="05D79883" w14:textId="77777777" w:rsidR="00460556" w:rsidRDefault="00000000">
      <w:pPr>
        <w:pStyle w:val="Heading1"/>
      </w:pPr>
      <w:r>
        <w:t>Periodic Deep-Cleaning Schedule</w:t>
      </w:r>
    </w:p>
    <w:p w14:paraId="3B02989B" w14:textId="77777777" w:rsidR="00460556" w:rsidRDefault="00000000">
      <w:pPr>
        <w:keepLines/>
      </w:pPr>
      <w:r>
        <w:rPr>
          <w:sz w:val="21"/>
        </w:rPr>
        <w:t>Record the date completed and the next due date.</w:t>
      </w:r>
    </w:p>
    <w:tbl>
      <w:tblPr>
        <w:tblW w:w="9360" w:type="dxa"/>
        <w:tblInd w:w="120" w:type="dxa"/>
        <w:tblBorders>
          <w:top w:val="single" w:sz="6" w:space="0" w:color="D9D9E2"/>
          <w:left w:val="single" w:sz="6" w:space="0" w:color="D9D9E2"/>
          <w:bottom w:val="single" w:sz="6" w:space="0" w:color="D9D9E2"/>
          <w:right w:val="single" w:sz="6" w:space="0" w:color="D9D9E2"/>
          <w:insideH w:val="single" w:sz="6" w:space="0" w:color="D9D9E2"/>
          <w:insideV w:val="single" w:sz="6" w:space="0" w:color="D9D9E2"/>
        </w:tblBorders>
        <w:tblLayout w:type="fixed"/>
        <w:tblLook w:val="04A0" w:firstRow="1" w:lastRow="0" w:firstColumn="1" w:lastColumn="0" w:noHBand="0" w:noVBand="1"/>
      </w:tblPr>
      <w:tblGrid>
        <w:gridCol w:w="3312"/>
        <w:gridCol w:w="1656"/>
        <w:gridCol w:w="1944"/>
        <w:gridCol w:w="2448"/>
      </w:tblGrid>
      <w:tr w:rsidR="00460556" w14:paraId="0CAC9319" w14:textId="77777777">
        <w:trPr>
          <w:tblHeader/>
        </w:trPr>
        <w:tc>
          <w:tcPr>
            <w:tcW w:w="3312" w:type="dxa"/>
            <w:shd w:val="clear" w:color="auto" w:fill="3531A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A542EE" w14:textId="77777777" w:rsidR="00460556" w:rsidRDefault="00000000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Task</w:t>
            </w:r>
          </w:p>
        </w:tc>
        <w:tc>
          <w:tcPr>
            <w:tcW w:w="1656" w:type="dxa"/>
            <w:shd w:val="clear" w:color="auto" w:fill="3531A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058F61" w14:textId="77777777" w:rsidR="00460556" w:rsidRDefault="00000000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Frequency</w:t>
            </w:r>
          </w:p>
        </w:tc>
        <w:tc>
          <w:tcPr>
            <w:tcW w:w="1944" w:type="dxa"/>
            <w:shd w:val="clear" w:color="auto" w:fill="3531A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5A843D" w14:textId="77777777" w:rsidR="00460556" w:rsidRDefault="00000000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Completed</w:t>
            </w:r>
          </w:p>
        </w:tc>
        <w:tc>
          <w:tcPr>
            <w:tcW w:w="2448" w:type="dxa"/>
            <w:shd w:val="clear" w:color="auto" w:fill="3531A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8FBF5A" w14:textId="77777777" w:rsidR="00460556" w:rsidRDefault="00000000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Next Due</w:t>
            </w:r>
          </w:p>
        </w:tc>
      </w:tr>
      <w:tr w:rsidR="00460556" w14:paraId="40B921B4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93F0C9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Clean beneath and behind appliances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892C87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Monthly/quarterly</w:t>
            </w: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7E2B42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4E5252" w14:textId="77777777" w:rsidR="00460556" w:rsidRDefault="00460556">
            <w:pPr>
              <w:spacing w:after="0" w:line="240" w:lineRule="auto"/>
            </w:pPr>
          </w:p>
        </w:tc>
      </w:tr>
      <w:tr w:rsidR="00460556" w14:paraId="166461A5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4ED16E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Deep-clean oven and range hood filter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C53708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Monthly/as needed</w:t>
            </w: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DD3873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CB6813" w14:textId="77777777" w:rsidR="00460556" w:rsidRDefault="00460556">
            <w:pPr>
              <w:spacing w:after="0" w:line="240" w:lineRule="auto"/>
            </w:pPr>
          </w:p>
        </w:tc>
      </w:tr>
      <w:tr w:rsidR="00460556" w14:paraId="0A19A860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02A806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Descale coffee maker and kettle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F4AC30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Monthly/as needed</w:t>
            </w: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7E5989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3D9F6B" w14:textId="77777777" w:rsidR="00460556" w:rsidRDefault="00460556">
            <w:pPr>
              <w:spacing w:after="0" w:line="240" w:lineRule="auto"/>
            </w:pPr>
          </w:p>
        </w:tc>
      </w:tr>
      <w:tr w:rsidR="00460556" w14:paraId="71FEB95B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5D143D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Clean refrigerator coils and seals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DE25D4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Quarterly</w:t>
            </w: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5DFC4D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A4D7FB" w14:textId="77777777" w:rsidR="00460556" w:rsidRDefault="00460556">
            <w:pPr>
              <w:spacing w:after="0" w:line="240" w:lineRule="auto"/>
            </w:pPr>
          </w:p>
        </w:tc>
      </w:tr>
      <w:tr w:rsidR="00460556" w14:paraId="1C62D263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19DDF4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Wash walls, doors, trim, and baseboards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64CA41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Monthly/quarterly</w:t>
            </w: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B0200A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CA065B" w14:textId="77777777" w:rsidR="00460556" w:rsidRDefault="00460556">
            <w:pPr>
              <w:spacing w:after="0" w:line="240" w:lineRule="auto"/>
            </w:pPr>
          </w:p>
        </w:tc>
      </w:tr>
      <w:tr w:rsidR="00460556" w14:paraId="40515E3D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2DE739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Shampoo carpets and rugs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0C4594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Quarterly/as needed</w:t>
            </w: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D630BB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185A6A" w14:textId="77777777" w:rsidR="00460556" w:rsidRDefault="00460556">
            <w:pPr>
              <w:spacing w:after="0" w:line="240" w:lineRule="auto"/>
            </w:pPr>
          </w:p>
        </w:tc>
      </w:tr>
      <w:tr w:rsidR="00460556" w14:paraId="01644885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9919D0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Deep-clean upholstery and mattresses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7FF742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Quarterly</w:t>
            </w: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3D8FBF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C05407" w14:textId="77777777" w:rsidR="00460556" w:rsidRDefault="00460556">
            <w:pPr>
              <w:spacing w:after="0" w:line="240" w:lineRule="auto"/>
            </w:pPr>
          </w:p>
        </w:tc>
      </w:tr>
      <w:tr w:rsidR="00460556" w14:paraId="06226514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3EBDBA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Wash pillows, protectors, duvets, and blankets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01773E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Monthly/quarterly</w:t>
            </w: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484F7A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1DDFE0" w14:textId="77777777" w:rsidR="00460556" w:rsidRDefault="00460556">
            <w:pPr>
              <w:spacing w:after="0" w:line="240" w:lineRule="auto"/>
            </w:pPr>
          </w:p>
        </w:tc>
      </w:tr>
      <w:tr w:rsidR="00460556" w14:paraId="2218E93B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8C556D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Wash curtains and deep-clean blinds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B63A65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Quarterly/semiannually</w:t>
            </w: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EB2203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84A774" w14:textId="77777777" w:rsidR="00460556" w:rsidRDefault="00460556">
            <w:pPr>
              <w:spacing w:after="0" w:line="240" w:lineRule="auto"/>
            </w:pPr>
          </w:p>
        </w:tc>
      </w:tr>
      <w:tr w:rsidR="00460556" w14:paraId="6D9FF6A4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B838FA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Clean windows, screens, and tracks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6E9FAB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Quarterly</w:t>
            </w: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F03C95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511BB0" w14:textId="77777777" w:rsidR="00460556" w:rsidRDefault="00460556">
            <w:pPr>
              <w:spacing w:after="0" w:line="240" w:lineRule="auto"/>
            </w:pPr>
          </w:p>
        </w:tc>
      </w:tr>
      <w:tr w:rsidR="00460556" w14:paraId="6E8CF9F3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C5EB43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Clean vents, fans, and HVAC grilles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DF4294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Monthly/quarterly</w:t>
            </w: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0A0E6A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D7F2DD" w14:textId="77777777" w:rsidR="00460556" w:rsidRDefault="00460556">
            <w:pPr>
              <w:spacing w:after="0" w:line="240" w:lineRule="auto"/>
            </w:pPr>
          </w:p>
        </w:tc>
      </w:tr>
      <w:tr w:rsidR="00460556" w14:paraId="6CA5A89E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5DCE2C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Replace HVAC or air-purifier filters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BB413A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Manufacturer schedule</w:t>
            </w: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C246B5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1F5251" w14:textId="77777777" w:rsidR="00460556" w:rsidRDefault="00460556">
            <w:pPr>
              <w:spacing w:after="0" w:line="240" w:lineRule="auto"/>
            </w:pPr>
          </w:p>
        </w:tc>
      </w:tr>
      <w:tr w:rsidR="00460556" w14:paraId="3D4ECA6D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42A245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Inspect grout, caulk, and sealants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58080F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Monthly</w:t>
            </w: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39FCDF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A6AD2F" w14:textId="77777777" w:rsidR="00460556" w:rsidRDefault="00460556">
            <w:pPr>
              <w:spacing w:after="0" w:line="240" w:lineRule="auto"/>
            </w:pPr>
          </w:p>
        </w:tc>
      </w:tr>
      <w:tr w:rsidR="00460556" w14:paraId="2C7B4404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B89616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Treat mold or mildew promptly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627F57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As needed</w:t>
            </w: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BC1309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32FF5C" w14:textId="77777777" w:rsidR="00460556" w:rsidRDefault="00460556">
            <w:pPr>
              <w:spacing w:after="0" w:line="240" w:lineRule="auto"/>
            </w:pPr>
          </w:p>
        </w:tc>
      </w:tr>
      <w:tr w:rsidR="00460556" w14:paraId="5BA35DD6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ED0DE5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Deep-clean drains and disposals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3AC5C3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Monthly</w:t>
            </w: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C18CD4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446353" w14:textId="77777777" w:rsidR="00460556" w:rsidRDefault="00460556">
            <w:pPr>
              <w:spacing w:after="0" w:line="240" w:lineRule="auto"/>
            </w:pPr>
          </w:p>
        </w:tc>
      </w:tr>
      <w:tr w:rsidR="00460556" w14:paraId="23A84723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53D028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Inspect furniture, beds, and hardware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655A36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Monthly</w:t>
            </w: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428EA1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667522" w14:textId="77777777" w:rsidR="00460556" w:rsidRDefault="00460556">
            <w:pPr>
              <w:spacing w:after="0" w:line="240" w:lineRule="auto"/>
            </w:pPr>
          </w:p>
        </w:tc>
      </w:tr>
      <w:tr w:rsidR="00460556" w14:paraId="0652E862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BDBC85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Check pest-monitoring points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F5F3A3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Monthly</w:t>
            </w: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908C54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6463BB" w14:textId="77777777" w:rsidR="00460556" w:rsidRDefault="00460556">
            <w:pPr>
              <w:spacing w:after="0" w:line="240" w:lineRule="auto"/>
            </w:pPr>
          </w:p>
        </w:tc>
      </w:tr>
      <w:tr w:rsidR="00460556" w14:paraId="44399D53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A9BD36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Audit kitchenware and amenities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CC90A4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Monthly</w:t>
            </w: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D5BD1F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C5040F" w14:textId="77777777" w:rsidR="00460556" w:rsidRDefault="00460556">
            <w:pPr>
              <w:spacing w:after="0" w:line="240" w:lineRule="auto"/>
            </w:pPr>
          </w:p>
        </w:tc>
      </w:tr>
      <w:tr w:rsidR="00460556" w14:paraId="71A0026C" w14:textId="77777777">
        <w:tc>
          <w:tcPr>
            <w:tcW w:w="331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555CE1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lastRenderedPageBreak/>
              <w:t>Check alarm and extinguisher dates</w:t>
            </w:r>
          </w:p>
        </w:tc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D91ADF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Monthly</w:t>
            </w:r>
          </w:p>
        </w:tc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E8D606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676525" w14:textId="77777777" w:rsidR="00460556" w:rsidRDefault="00460556">
            <w:pPr>
              <w:spacing w:after="0" w:line="240" w:lineRule="auto"/>
            </w:pPr>
          </w:p>
        </w:tc>
      </w:tr>
      <w:tr w:rsidR="00460556" w14:paraId="1D4E83BC" w14:textId="77777777">
        <w:tc>
          <w:tcPr>
            <w:tcW w:w="3312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89DC1A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Deep-clean outdoor furniture and grill</w:t>
            </w:r>
          </w:p>
        </w:tc>
        <w:tc>
          <w:tcPr>
            <w:tcW w:w="1656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CD9675" w14:textId="77777777" w:rsidR="00460556" w:rsidRDefault="00000000">
            <w:pPr>
              <w:spacing w:after="0" w:line="240" w:lineRule="auto"/>
            </w:pPr>
            <w:r>
              <w:rPr>
                <w:sz w:val="19"/>
              </w:rPr>
              <w:t>Monthly/seasonal</w:t>
            </w:r>
          </w:p>
        </w:tc>
        <w:tc>
          <w:tcPr>
            <w:tcW w:w="1944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11C524" w14:textId="77777777" w:rsidR="00460556" w:rsidRDefault="00460556">
            <w:pPr>
              <w:spacing w:after="0" w:line="240" w:lineRule="auto"/>
            </w:pPr>
          </w:p>
        </w:tc>
        <w:tc>
          <w:tcPr>
            <w:tcW w:w="2448" w:type="dxa"/>
            <w:shd w:val="clear" w:color="auto" w:fill="F8F8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C4F097" w14:textId="77777777" w:rsidR="00460556" w:rsidRDefault="00460556">
            <w:pPr>
              <w:spacing w:after="0" w:line="240" w:lineRule="auto"/>
            </w:pPr>
          </w:p>
        </w:tc>
      </w:tr>
    </w:tbl>
    <w:p w14:paraId="68208395" w14:textId="77777777" w:rsidR="00460556" w:rsidRDefault="00460556">
      <w:pPr>
        <w:spacing w:after="40"/>
      </w:pPr>
    </w:p>
    <w:p w14:paraId="4264E57D" w14:textId="77777777" w:rsidR="00460556" w:rsidRDefault="00000000">
      <w:pPr>
        <w:pStyle w:val="Heading1"/>
      </w:pPr>
      <w:r>
        <w:t>Property-Specific Tasks</w:t>
      </w:r>
    </w:p>
    <w:p w14:paraId="33C4B7A4" w14:textId="77777777" w:rsidR="00460556" w:rsidRDefault="00000000">
      <w:pPr>
        <w:pStyle w:val="Checklist"/>
      </w:pPr>
      <w:r>
        <w:t xml:space="preserve">☐  </w:t>
      </w:r>
    </w:p>
    <w:p w14:paraId="1CC5D025" w14:textId="77777777" w:rsidR="00460556" w:rsidRDefault="00000000">
      <w:pPr>
        <w:pStyle w:val="Checklist"/>
      </w:pPr>
      <w:r>
        <w:t xml:space="preserve">☐  </w:t>
      </w:r>
    </w:p>
    <w:p w14:paraId="6BCECC71" w14:textId="77777777" w:rsidR="00460556" w:rsidRDefault="00000000">
      <w:pPr>
        <w:pStyle w:val="Checklist"/>
      </w:pPr>
      <w:r>
        <w:t xml:space="preserve">☐  </w:t>
      </w:r>
    </w:p>
    <w:p w14:paraId="7786034F" w14:textId="77777777" w:rsidR="00460556" w:rsidRDefault="00000000">
      <w:pPr>
        <w:pStyle w:val="Checklist"/>
      </w:pPr>
      <w:r>
        <w:t xml:space="preserve">☐  </w:t>
      </w:r>
    </w:p>
    <w:p w14:paraId="6B39DC11" w14:textId="77777777" w:rsidR="00460556" w:rsidRDefault="00000000">
      <w:pPr>
        <w:pStyle w:val="Checklist"/>
      </w:pPr>
      <w:r>
        <w:t xml:space="preserve">☐  </w:t>
      </w:r>
    </w:p>
    <w:p w14:paraId="25BC6772" w14:textId="77777777" w:rsidR="00460556" w:rsidRDefault="00000000">
      <w:pPr>
        <w:pStyle w:val="Heading1"/>
      </w:pPr>
      <w:r>
        <w:t>Final Sign-Off</w:t>
      </w:r>
    </w:p>
    <w:p w14:paraId="47D95036" w14:textId="77777777" w:rsidR="00460556" w:rsidRDefault="00000000">
      <w:pPr>
        <w:pStyle w:val="Checklist"/>
      </w:pPr>
      <w:r>
        <w:t>☐  All required cleaning tasks are complete.</w:t>
      </w:r>
    </w:p>
    <w:p w14:paraId="76E7129D" w14:textId="77777777" w:rsidR="00460556" w:rsidRDefault="00000000">
      <w:pPr>
        <w:pStyle w:val="Checklist"/>
      </w:pPr>
      <w:r>
        <w:t>☐  All beds and bathrooms are guest-ready.</w:t>
      </w:r>
    </w:p>
    <w:p w14:paraId="19C1F990" w14:textId="77777777" w:rsidR="00460556" w:rsidRDefault="00000000">
      <w:pPr>
        <w:pStyle w:val="Checklist"/>
      </w:pPr>
      <w:r>
        <w:t>☐  Supplies meet the property's target quantities.</w:t>
      </w:r>
    </w:p>
    <w:p w14:paraId="418FCBC6" w14:textId="77777777" w:rsidR="00460556" w:rsidRDefault="00000000">
      <w:pPr>
        <w:pStyle w:val="Checklist"/>
      </w:pPr>
      <w:r>
        <w:t>☐  Safety and function checks are complete.</w:t>
      </w:r>
    </w:p>
    <w:p w14:paraId="44894931" w14:textId="77777777" w:rsidR="00460556" w:rsidRDefault="00000000">
      <w:pPr>
        <w:pStyle w:val="Checklist"/>
      </w:pPr>
      <w:r>
        <w:t>☐  Damage, maintenance, lost property, and low stock have been reported.</w:t>
      </w:r>
    </w:p>
    <w:p w14:paraId="61C9A39B" w14:textId="77777777" w:rsidR="00460556" w:rsidRDefault="00000000">
      <w:pPr>
        <w:pStyle w:val="Checklist"/>
      </w:pPr>
      <w:r>
        <w:t>☐  Final photos have been submitted.</w:t>
      </w:r>
    </w:p>
    <w:p w14:paraId="0F96641A" w14:textId="77777777" w:rsidR="00460556" w:rsidRDefault="00000000">
      <w:pPr>
        <w:pStyle w:val="Checklist"/>
      </w:pPr>
      <w:r>
        <w:t>☐  The property is locked and ready for check-in.</w:t>
      </w:r>
    </w:p>
    <w:p w14:paraId="178AF76A" w14:textId="77777777" w:rsidR="00460556" w:rsidRDefault="00000000">
      <w:pPr>
        <w:keepLines/>
      </w:pPr>
      <w:r>
        <w:rPr>
          <w:sz w:val="21"/>
        </w:rPr>
        <w:t>Cleaner/team member signature: _</w:t>
      </w:r>
    </w:p>
    <w:p w14:paraId="4942594D" w14:textId="77777777" w:rsidR="00460556" w:rsidRDefault="00000000">
      <w:pPr>
        <w:keepLines/>
      </w:pPr>
      <w:r>
        <w:rPr>
          <w:sz w:val="21"/>
        </w:rPr>
        <w:t>Completion time:</w:t>
      </w:r>
    </w:p>
    <w:p w14:paraId="1168B6DE" w14:textId="77777777" w:rsidR="00460556" w:rsidRDefault="00000000">
      <w:pPr>
        <w:keepLines/>
      </w:pPr>
      <w:r>
        <w:rPr>
          <w:sz w:val="21"/>
        </w:rPr>
        <w:t>Host/manager review, if required:</w:t>
      </w:r>
    </w:p>
    <w:p w14:paraId="793C1898" w14:textId="77777777" w:rsidR="00460556" w:rsidRDefault="00000000">
      <w:pPr>
        <w:keepLines/>
      </w:pPr>
      <w:r>
        <w:rPr>
          <w:sz w:val="21"/>
        </w:rPr>
        <w:t>Additional notes:</w:t>
      </w:r>
    </w:p>
    <w:p w14:paraId="11887708" w14:textId="77777777" w:rsidR="00460556" w:rsidRDefault="00000000">
      <w:pPr>
        <w:spacing w:after="140"/>
      </w:pPr>
      <w:r>
        <w:rPr>
          <w:color w:val="D9D9E2"/>
          <w:sz w:val="18"/>
        </w:rPr>
        <w:t>________________________________________________________________</w:t>
      </w:r>
    </w:p>
    <w:p w14:paraId="3B4B3277" w14:textId="77777777" w:rsidR="00460556" w:rsidRDefault="00000000">
      <w:pPr>
        <w:spacing w:after="140"/>
      </w:pPr>
      <w:r>
        <w:rPr>
          <w:color w:val="D9D9E2"/>
          <w:sz w:val="18"/>
        </w:rPr>
        <w:t>________________________________________________________________</w:t>
      </w:r>
    </w:p>
    <w:p w14:paraId="4EDBE0C9" w14:textId="77777777" w:rsidR="00460556" w:rsidRDefault="00000000">
      <w:pPr>
        <w:spacing w:after="140"/>
      </w:pPr>
      <w:r>
        <w:rPr>
          <w:color w:val="D9D9E2"/>
          <w:sz w:val="18"/>
        </w:rPr>
        <w:t>________________________________________________________________</w:t>
      </w:r>
    </w:p>
    <w:sectPr w:rsidR="00460556" w:rsidSect="00034616">
      <w:headerReference w:type="default" r:id="rId8"/>
      <w:footerReference w:type="default" r:id="rId9"/>
      <w:pgSz w:w="12240" w:h="15840"/>
      <w:pgMar w:top="1123" w:right="1440" w:bottom="1037" w:left="1440" w:header="518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62C09" w14:textId="77777777" w:rsidR="007B3132" w:rsidRDefault="007B3132">
      <w:pPr>
        <w:spacing w:after="0" w:line="240" w:lineRule="auto"/>
      </w:pPr>
      <w:r>
        <w:separator/>
      </w:r>
    </w:p>
  </w:endnote>
  <w:endnote w:type="continuationSeparator" w:id="0">
    <w:p w14:paraId="3E3F0948" w14:textId="77777777" w:rsidR="007B3132" w:rsidRDefault="007B3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2DE3" w14:textId="77777777" w:rsidR="00460556" w:rsidRDefault="00000000">
    <w:pPr>
      <w:pStyle w:val="Footer"/>
      <w:jc w:val="center"/>
    </w:pPr>
    <w:r>
      <w:rPr>
        <w:color w:val="666672"/>
        <w:sz w:val="16"/>
      </w:rPr>
      <w:t xml:space="preserve">Airbnb Cleaning </w:t>
    </w:r>
    <w:proofErr w:type="gramStart"/>
    <w:r>
      <w:rPr>
        <w:color w:val="666672"/>
        <w:sz w:val="16"/>
      </w:rPr>
      <w:t>Checklist  |</w:t>
    </w:r>
    <w:proofErr w:type="gramEnd"/>
    <w:r>
      <w:rPr>
        <w:color w:val="666672"/>
        <w:sz w:val="16"/>
      </w:rPr>
      <w:t xml:space="preserve">  Customize for your property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DBF75" w14:textId="77777777" w:rsidR="007B3132" w:rsidRDefault="007B3132">
      <w:pPr>
        <w:spacing w:after="0" w:line="240" w:lineRule="auto"/>
      </w:pPr>
      <w:r>
        <w:separator/>
      </w:r>
    </w:p>
  </w:footnote>
  <w:footnote w:type="continuationSeparator" w:id="0">
    <w:p w14:paraId="3E752AD7" w14:textId="77777777" w:rsidR="007B3132" w:rsidRDefault="007B3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51038" w14:textId="77777777" w:rsidR="00460556" w:rsidRDefault="00000000" w:rsidP="00A64630">
    <w:pPr>
      <w:pStyle w:val="Header"/>
      <w:spacing w:after="60"/>
    </w:pPr>
    <w:r>
      <w:rPr>
        <w:noProof/>
      </w:rPr>
      <w:drawing>
        <wp:inline distT="0" distB="0" distL="0" distR="0" wp14:anchorId="3C264FF9" wp14:editId="24D6EAC9">
          <wp:extent cx="1481328" cy="425303"/>
          <wp:effectExtent l="0" t="0" r="0" b="0"/>
          <wp:docPr id="1" name="Hostfully logo" descr="Hostfull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dex-clipboard-70ade836-3d29-48e9-bd55-2f891ed5b33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1328" cy="425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E2B923" w14:textId="77777777" w:rsidR="00A64630" w:rsidRDefault="00A64630" w:rsidP="00A64630">
    <w:pPr>
      <w:pStyle w:val="Header"/>
      <w:spacing w:after="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4968850">
    <w:abstractNumId w:val="8"/>
  </w:num>
  <w:num w:numId="2" w16cid:durableId="1909152197">
    <w:abstractNumId w:val="6"/>
  </w:num>
  <w:num w:numId="3" w16cid:durableId="330528045">
    <w:abstractNumId w:val="5"/>
  </w:num>
  <w:num w:numId="4" w16cid:durableId="1085416563">
    <w:abstractNumId w:val="4"/>
  </w:num>
  <w:num w:numId="5" w16cid:durableId="889070671">
    <w:abstractNumId w:val="7"/>
  </w:num>
  <w:num w:numId="6" w16cid:durableId="241531299">
    <w:abstractNumId w:val="3"/>
  </w:num>
  <w:num w:numId="7" w16cid:durableId="614336401">
    <w:abstractNumId w:val="2"/>
  </w:num>
  <w:num w:numId="8" w16cid:durableId="1416586272">
    <w:abstractNumId w:val="1"/>
  </w:num>
  <w:num w:numId="9" w16cid:durableId="769742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60556"/>
    <w:rsid w:val="00683A8C"/>
    <w:rsid w:val="007B3132"/>
    <w:rsid w:val="00A64630"/>
    <w:rsid w:val="00AA1D8D"/>
    <w:rsid w:val="00B47730"/>
    <w:rsid w:val="00B70C6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1FDDDE"/>
  <w14:defaultImageDpi w14:val="300"/>
  <w15:docId w15:val="{E5C38A79-A322-444C-9AD8-12DE2B42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25233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3531A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3531A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before="160" w:after="100" w:line="240" w:lineRule="auto"/>
      <w:contextualSpacing/>
    </w:pPr>
    <w:rPr>
      <w:rFonts w:asciiTheme="majorHAnsi" w:eastAsiaTheme="majorEastAsia" w:hAnsiTheme="majorHAnsi" w:cstheme="majorBidi"/>
      <w:b/>
      <w:color w:val="3531A8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320"/>
    </w:pPr>
    <w:rPr>
      <w:rFonts w:asciiTheme="majorHAnsi" w:eastAsiaTheme="majorEastAsia" w:hAnsiTheme="majorHAnsi" w:cstheme="majorBidi"/>
      <w:i/>
      <w:iCs/>
      <w:color w:val="666672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hecklist">
    <w:name w:val="Checklist"/>
    <w:basedOn w:val="Normal"/>
    <w:pPr>
      <w:keepLines/>
      <w:spacing w:after="60" w:line="276" w:lineRule="auto"/>
      <w:ind w:left="173" w:hanging="173"/>
    </w:pPr>
    <w:rPr>
      <w:sz w:val="21"/>
    </w:rPr>
  </w:style>
  <w:style w:type="paragraph" w:customStyle="1" w:styleId="FormField">
    <w:name w:val="Form Field"/>
    <w:basedOn w:val="Normal"/>
    <w:pPr>
      <w:keepLines/>
      <w:spacing w:after="100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2338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Hostfully Airbnb Cleaning Checklist</dc:title>
  <dc:subject>Editable short-term rental turnover checklist</dc:subject>
  <dc:creator>Hostfully</dc:creator>
  <cp:keywords>Hostfully, Airbnb, cleaning checklist, turnover, short-term rental</cp:keywords>
  <cp:lastModifiedBy>Fred Bassili</cp:lastModifiedBy>
  <cp:revision>3</cp:revision>
  <dcterms:created xsi:type="dcterms:W3CDTF">2026-08-05T14:00:00Z</dcterms:created>
  <dcterms:modified xsi:type="dcterms:W3CDTF">2026-08-05T14:03:00Z</dcterms:modified>
  <cp:category/>
</cp:coreProperties>
</file>